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4D96D"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ŠTATÚT RADY ŠKOLY</w:t>
      </w:r>
    </w:p>
    <w:p w14:paraId="4F762839" w14:textId="5838C378" w:rsidR="00787AB1" w:rsidRPr="007A67C2" w:rsidRDefault="00190585" w:rsidP="00086749">
      <w:pPr>
        <w:pBdr>
          <w:bottom w:val="single" w:sz="4" w:space="1" w:color="auto"/>
        </w:pBdr>
        <w:spacing w:after="0" w:line="240" w:lineRule="auto"/>
        <w:jc w:val="center"/>
        <w:rPr>
          <w:rFonts w:ascii="Times New Roman" w:hAnsi="Times New Roman" w:cs="Times New Roman"/>
          <w:sz w:val="24"/>
          <w:szCs w:val="24"/>
        </w:rPr>
      </w:pPr>
      <w:r w:rsidRPr="007A67C2">
        <w:rPr>
          <w:rFonts w:ascii="Times New Roman" w:hAnsi="Times New Roman" w:cs="Times New Roman"/>
          <w:sz w:val="24"/>
          <w:szCs w:val="24"/>
        </w:rPr>
        <w:t>podľa  zákona  č. 321/2025 Z. z. o školskej správe a o zmene a doplnení niektorých zákonov (ďalej len „</w:t>
      </w:r>
      <w:r w:rsidRPr="007A67C2">
        <w:rPr>
          <w:rFonts w:ascii="Times New Roman" w:hAnsi="Times New Roman" w:cs="Times New Roman"/>
          <w:b/>
          <w:bCs/>
          <w:i/>
          <w:iCs/>
          <w:sz w:val="24"/>
          <w:szCs w:val="24"/>
        </w:rPr>
        <w:t>zákon</w:t>
      </w:r>
      <w:r w:rsidRPr="007A67C2">
        <w:rPr>
          <w:rFonts w:ascii="Times New Roman" w:hAnsi="Times New Roman" w:cs="Times New Roman"/>
          <w:sz w:val="24"/>
          <w:szCs w:val="24"/>
        </w:rPr>
        <w:t>“)</w:t>
      </w:r>
    </w:p>
    <w:p w14:paraId="02F1FED5" w14:textId="77777777" w:rsidR="00787AB1" w:rsidRPr="007A67C2" w:rsidRDefault="00787AB1" w:rsidP="00086749">
      <w:pPr>
        <w:spacing w:after="0" w:line="240" w:lineRule="auto"/>
        <w:jc w:val="both"/>
        <w:rPr>
          <w:rFonts w:ascii="Times New Roman" w:hAnsi="Times New Roman" w:cs="Times New Roman"/>
          <w:sz w:val="24"/>
          <w:szCs w:val="24"/>
        </w:rPr>
      </w:pPr>
    </w:p>
    <w:p w14:paraId="3201154D" w14:textId="77777777" w:rsidR="00190585" w:rsidRPr="007A67C2" w:rsidRDefault="00190585" w:rsidP="00086749">
      <w:pPr>
        <w:spacing w:after="0" w:line="240" w:lineRule="auto"/>
        <w:jc w:val="center"/>
        <w:rPr>
          <w:rFonts w:ascii="Times New Roman" w:hAnsi="Times New Roman" w:cs="Times New Roman"/>
          <w:b/>
          <w:bCs/>
          <w:sz w:val="24"/>
          <w:szCs w:val="24"/>
        </w:rPr>
      </w:pPr>
    </w:p>
    <w:p w14:paraId="18C9E8FA" w14:textId="14AFA95D"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p>
    <w:p w14:paraId="14FB901F"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Základné ustanovenia</w:t>
      </w:r>
    </w:p>
    <w:p w14:paraId="48967974" w14:textId="77777777" w:rsidR="00190585" w:rsidRPr="007A67C2" w:rsidRDefault="00190585" w:rsidP="00086749">
      <w:pPr>
        <w:spacing w:after="0" w:line="240" w:lineRule="auto"/>
        <w:jc w:val="center"/>
        <w:rPr>
          <w:rFonts w:ascii="Times New Roman" w:hAnsi="Times New Roman" w:cs="Times New Roman"/>
          <w:b/>
          <w:bCs/>
          <w:sz w:val="24"/>
          <w:szCs w:val="24"/>
        </w:rPr>
      </w:pPr>
    </w:p>
    <w:p w14:paraId="287E3F65" w14:textId="03111875" w:rsidR="007A67C2" w:rsidRPr="00142871" w:rsidRDefault="00E96741" w:rsidP="00E96741">
      <w:pPr>
        <w:pStyle w:val="Odsekzoznamu"/>
        <w:numPr>
          <w:ilvl w:val="0"/>
          <w:numId w:val="26"/>
        </w:numPr>
        <w:ind w:left="426"/>
        <w:rPr>
          <w:rFonts w:ascii="Times New Roman" w:hAnsi="Times New Roman" w:cs="Times New Roman"/>
          <w:b/>
          <w:bCs/>
          <w:sz w:val="24"/>
          <w:szCs w:val="24"/>
        </w:rPr>
      </w:pPr>
      <w:r w:rsidRPr="00313D95">
        <w:rPr>
          <w:rFonts w:ascii="Times New Roman" w:hAnsi="Times New Roman" w:cs="Times New Roman"/>
          <w:sz w:val="24"/>
          <w:szCs w:val="24"/>
        </w:rPr>
        <w:t xml:space="preserve">Rada školy sa ustanovuje pri </w:t>
      </w:r>
      <w:r w:rsidRPr="00313D95">
        <w:rPr>
          <w:rFonts w:ascii="Times New Roman" w:hAnsi="Times New Roman" w:cs="Times New Roman"/>
          <w:b/>
          <w:bCs/>
          <w:sz w:val="24"/>
          <w:szCs w:val="24"/>
        </w:rPr>
        <w:t xml:space="preserve">Materskej škole </w:t>
      </w:r>
      <w:r w:rsidR="00142871">
        <w:rPr>
          <w:rFonts w:ascii="Times New Roman" w:hAnsi="Times New Roman" w:cs="Times New Roman"/>
          <w:b/>
          <w:bCs/>
          <w:sz w:val="24"/>
          <w:szCs w:val="24"/>
        </w:rPr>
        <w:t xml:space="preserve">s VJM </w:t>
      </w:r>
      <w:r w:rsidRPr="00313D95">
        <w:rPr>
          <w:rFonts w:ascii="Times New Roman" w:hAnsi="Times New Roman" w:cs="Times New Roman"/>
          <w:b/>
          <w:bCs/>
          <w:sz w:val="24"/>
          <w:szCs w:val="24"/>
        </w:rPr>
        <w:t xml:space="preserve">– Óvoda, </w:t>
      </w:r>
      <w:r w:rsidR="00142871" w:rsidRPr="00142871">
        <w:rPr>
          <w:rFonts w:ascii="Times New Roman" w:hAnsi="Times New Roman" w:cs="Times New Roman"/>
          <w:b/>
          <w:bCs/>
          <w:sz w:val="24"/>
          <w:szCs w:val="24"/>
        </w:rPr>
        <w:t>Októbrová ulica 939/47</w:t>
      </w:r>
      <w:r w:rsidRPr="00142871">
        <w:rPr>
          <w:rFonts w:ascii="Times New Roman" w:hAnsi="Times New Roman" w:cs="Times New Roman"/>
          <w:b/>
          <w:bCs/>
          <w:sz w:val="24"/>
          <w:szCs w:val="24"/>
        </w:rPr>
        <w:t>, 929 01 Dunajská Streda (ďalej len „</w:t>
      </w:r>
      <w:r w:rsidR="00F83896" w:rsidRPr="00142871">
        <w:rPr>
          <w:rFonts w:ascii="Times New Roman" w:hAnsi="Times New Roman" w:cs="Times New Roman"/>
          <w:b/>
          <w:bCs/>
          <w:i/>
          <w:iCs/>
          <w:sz w:val="24"/>
          <w:szCs w:val="24"/>
        </w:rPr>
        <w:t>r</w:t>
      </w:r>
      <w:r w:rsidRPr="00142871">
        <w:rPr>
          <w:rFonts w:ascii="Times New Roman" w:hAnsi="Times New Roman" w:cs="Times New Roman"/>
          <w:b/>
          <w:bCs/>
          <w:i/>
          <w:iCs/>
          <w:sz w:val="24"/>
          <w:szCs w:val="24"/>
        </w:rPr>
        <w:t xml:space="preserve">ada </w:t>
      </w:r>
      <w:r w:rsidR="008F4ACC" w:rsidRPr="00142871">
        <w:rPr>
          <w:rFonts w:ascii="Times New Roman" w:hAnsi="Times New Roman" w:cs="Times New Roman"/>
          <w:b/>
          <w:bCs/>
          <w:i/>
          <w:iCs/>
          <w:sz w:val="24"/>
          <w:szCs w:val="24"/>
        </w:rPr>
        <w:t>školy</w:t>
      </w:r>
      <w:r w:rsidR="008F4ACC" w:rsidRPr="00142871">
        <w:rPr>
          <w:rFonts w:ascii="Times New Roman" w:hAnsi="Times New Roman" w:cs="Times New Roman"/>
          <w:b/>
          <w:bCs/>
          <w:sz w:val="24"/>
          <w:szCs w:val="24"/>
        </w:rPr>
        <w:t xml:space="preserve"> “</w:t>
      </w:r>
      <w:r w:rsidRPr="00142871">
        <w:rPr>
          <w:rFonts w:ascii="Times New Roman" w:hAnsi="Times New Roman" w:cs="Times New Roman"/>
          <w:b/>
          <w:bCs/>
          <w:sz w:val="24"/>
          <w:szCs w:val="24"/>
        </w:rPr>
        <w:t>).</w:t>
      </w:r>
    </w:p>
    <w:p w14:paraId="541B8438" w14:textId="6523C660" w:rsidR="00787AB1" w:rsidRPr="00313D95" w:rsidRDefault="00E96741" w:rsidP="00E96741">
      <w:pPr>
        <w:pStyle w:val="Odsekzoznamu"/>
        <w:numPr>
          <w:ilvl w:val="0"/>
          <w:numId w:val="26"/>
        </w:numPr>
        <w:ind w:left="426"/>
        <w:rPr>
          <w:rFonts w:ascii="Times New Roman" w:hAnsi="Times New Roman" w:cs="Times New Roman"/>
          <w:sz w:val="24"/>
          <w:szCs w:val="24"/>
        </w:rPr>
      </w:pPr>
      <w:r w:rsidRPr="00313D95">
        <w:rPr>
          <w:rFonts w:ascii="Times New Roman" w:hAnsi="Times New Roman" w:cs="Times New Roman"/>
          <w:sz w:val="24"/>
          <w:szCs w:val="24"/>
        </w:rPr>
        <w:t>Sídlo rady školy je zhodné so sídlom školy</w:t>
      </w:r>
      <w:r w:rsidR="00117DF0" w:rsidRPr="00313D95">
        <w:rPr>
          <w:rFonts w:ascii="Times New Roman" w:hAnsi="Times New Roman" w:cs="Times New Roman"/>
          <w:sz w:val="24"/>
          <w:szCs w:val="24"/>
        </w:rPr>
        <w:t>, pri ktorej je ustanovená.</w:t>
      </w:r>
    </w:p>
    <w:p w14:paraId="3EAC35DB" w14:textId="77777777" w:rsidR="00787AB1" w:rsidRPr="007A67C2" w:rsidRDefault="00787AB1" w:rsidP="00086749">
      <w:pPr>
        <w:spacing w:after="0" w:line="240" w:lineRule="auto"/>
        <w:ind w:left="284" w:hanging="284"/>
        <w:jc w:val="both"/>
        <w:rPr>
          <w:rFonts w:ascii="Times New Roman" w:hAnsi="Times New Roman" w:cs="Times New Roman"/>
          <w:sz w:val="24"/>
          <w:szCs w:val="24"/>
        </w:rPr>
      </w:pPr>
    </w:p>
    <w:p w14:paraId="6F9AE068"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2</w:t>
      </w:r>
    </w:p>
    <w:p w14:paraId="4917489A" w14:textId="7AAD2E9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Pôsobnosť a poslanie rady školy</w:t>
      </w:r>
    </w:p>
    <w:p w14:paraId="3ED2F7D6" w14:textId="77777777" w:rsidR="00117DF0" w:rsidRPr="007A67C2" w:rsidRDefault="00117DF0" w:rsidP="00086749">
      <w:pPr>
        <w:spacing w:after="0" w:line="240" w:lineRule="auto"/>
        <w:jc w:val="center"/>
        <w:rPr>
          <w:rFonts w:ascii="Times New Roman" w:hAnsi="Times New Roman" w:cs="Times New Roman"/>
          <w:b/>
          <w:bCs/>
          <w:sz w:val="24"/>
          <w:szCs w:val="24"/>
        </w:rPr>
      </w:pPr>
    </w:p>
    <w:p w14:paraId="6BC080C0" w14:textId="5EEF47C6" w:rsidR="00117DF0" w:rsidRPr="007A67C2" w:rsidRDefault="00E557AB" w:rsidP="00E96741">
      <w:pPr>
        <w:numPr>
          <w:ilvl w:val="0"/>
          <w:numId w:val="7"/>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je samosprávny orgán školy</w:t>
      </w:r>
      <w:r w:rsidR="00190585" w:rsidRPr="007A67C2">
        <w:rPr>
          <w:rFonts w:ascii="Times New Roman" w:hAnsi="Times New Roman" w:cs="Times New Roman"/>
          <w:sz w:val="24"/>
          <w:szCs w:val="24"/>
        </w:rPr>
        <w:t xml:space="preserve">, ktorá </w:t>
      </w:r>
      <w:r w:rsidR="00117DF0" w:rsidRPr="007A67C2">
        <w:rPr>
          <w:rFonts w:ascii="Times New Roman" w:hAnsi="Times New Roman" w:cs="Times New Roman"/>
          <w:sz w:val="24"/>
          <w:szCs w:val="24"/>
        </w:rPr>
        <w:t xml:space="preserve"> </w:t>
      </w:r>
      <w:r w:rsidR="00190585" w:rsidRPr="007A67C2">
        <w:rPr>
          <w:rFonts w:ascii="Times New Roman" w:hAnsi="Times New Roman" w:cs="Times New Roman"/>
          <w:sz w:val="24"/>
          <w:szCs w:val="24"/>
        </w:rPr>
        <w:t xml:space="preserve"> </w:t>
      </w:r>
      <w:r w:rsidR="00117DF0" w:rsidRPr="007A67C2">
        <w:rPr>
          <w:rFonts w:ascii="Times New Roman" w:hAnsi="Times New Roman" w:cs="Times New Roman"/>
          <w:sz w:val="24"/>
          <w:szCs w:val="24"/>
        </w:rPr>
        <w:t>vyjadruje a presadzuje verejné záujmy, záujmy detí, ich zákonných zástupcov a zamestnancov.</w:t>
      </w:r>
    </w:p>
    <w:p w14:paraId="51961B59" w14:textId="48CEA8CE" w:rsidR="00117DF0" w:rsidRPr="007A67C2" w:rsidRDefault="00117DF0" w:rsidP="00E96741">
      <w:pPr>
        <w:numPr>
          <w:ilvl w:val="0"/>
          <w:numId w:val="7"/>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p</w:t>
      </w:r>
      <w:r w:rsidR="00E557AB" w:rsidRPr="007A67C2">
        <w:rPr>
          <w:rFonts w:ascii="Times New Roman" w:hAnsi="Times New Roman" w:cs="Times New Roman"/>
          <w:sz w:val="24"/>
          <w:szCs w:val="24"/>
        </w:rPr>
        <w:t>lní funkciu verejnej kontroly prerokúvaním otázok týkajúcich sa vykonávania hlavnej činnosti školy.</w:t>
      </w:r>
    </w:p>
    <w:p w14:paraId="00997DE5" w14:textId="77777777" w:rsidR="00787AB1" w:rsidRPr="007A67C2" w:rsidRDefault="00787AB1" w:rsidP="00086749">
      <w:pPr>
        <w:spacing w:after="0" w:line="240" w:lineRule="auto"/>
        <w:jc w:val="both"/>
        <w:rPr>
          <w:rFonts w:ascii="Times New Roman" w:hAnsi="Times New Roman" w:cs="Times New Roman"/>
          <w:sz w:val="24"/>
          <w:szCs w:val="24"/>
        </w:rPr>
      </w:pPr>
    </w:p>
    <w:p w14:paraId="5ED4C568" w14:textId="77777777" w:rsidR="00F83896" w:rsidRPr="007A67C2" w:rsidRDefault="00F83896" w:rsidP="00086749">
      <w:pPr>
        <w:spacing w:after="0" w:line="240" w:lineRule="auto"/>
        <w:jc w:val="both"/>
        <w:rPr>
          <w:rFonts w:ascii="Times New Roman" w:hAnsi="Times New Roman" w:cs="Times New Roman"/>
          <w:sz w:val="24"/>
          <w:szCs w:val="24"/>
        </w:rPr>
      </w:pPr>
    </w:p>
    <w:p w14:paraId="1B7F613B"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3</w:t>
      </w:r>
    </w:p>
    <w:p w14:paraId="00C1E044"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Činnosť a kompetencie rady školy</w:t>
      </w:r>
    </w:p>
    <w:p w14:paraId="28C548CA" w14:textId="77777777" w:rsidR="00787AB1" w:rsidRPr="007A67C2" w:rsidRDefault="00787AB1" w:rsidP="00086749">
      <w:pPr>
        <w:spacing w:after="0" w:line="240" w:lineRule="auto"/>
        <w:jc w:val="both"/>
        <w:rPr>
          <w:rFonts w:ascii="Times New Roman" w:hAnsi="Times New Roman" w:cs="Times New Roman"/>
          <w:sz w:val="24"/>
          <w:szCs w:val="24"/>
        </w:rPr>
      </w:pPr>
    </w:p>
    <w:p w14:paraId="0BB2C1AD" w14:textId="77777777" w:rsidR="00F83896" w:rsidRPr="007A67C2" w:rsidRDefault="00E557AB" w:rsidP="00E96741">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sa vyjadruje k závažným skutočnostiam, ktoré sa vzťahujú k činnosti školy.</w:t>
      </w:r>
      <w:r w:rsidR="00F83896" w:rsidRPr="007A67C2">
        <w:rPr>
          <w:rFonts w:ascii="Times New Roman" w:hAnsi="Times New Roman" w:cs="Times New Roman"/>
          <w:sz w:val="24"/>
          <w:szCs w:val="24"/>
        </w:rPr>
        <w:t xml:space="preserve"> </w:t>
      </w:r>
    </w:p>
    <w:p w14:paraId="0B8959A2" w14:textId="3709BD5F" w:rsidR="00F83896" w:rsidRPr="007A67C2" w:rsidRDefault="00F83896" w:rsidP="00E96741">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Rada školy prerokúva najmä:</w:t>
      </w:r>
    </w:p>
    <w:p w14:paraId="2F405087" w14:textId="77777777" w:rsidR="00F83896" w:rsidRPr="007A67C2" w:rsidRDefault="00F83896" w:rsidP="00E96741">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školský poriadok</w:t>
      </w:r>
    </w:p>
    <w:p w14:paraId="515E191E" w14:textId="77777777" w:rsidR="00F83896" w:rsidRPr="007A67C2" w:rsidRDefault="00F83896" w:rsidP="00E96741">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školský vzdelávací program</w:t>
      </w:r>
    </w:p>
    <w:p w14:paraId="70C2B2CD" w14:textId="0DDED350" w:rsidR="00F83896" w:rsidRPr="007A67C2" w:rsidRDefault="00F83896" w:rsidP="00E96741">
      <w:pPr>
        <w:pStyle w:val="Odsekzoznamu"/>
        <w:numPr>
          <w:ilvl w:val="0"/>
          <w:numId w:val="9"/>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ďalšie dokumenty a skutočnosti súvisiace s činnosťou školy.</w:t>
      </w:r>
    </w:p>
    <w:p w14:paraId="39ABF5BC" w14:textId="302B864A" w:rsidR="00510B4B" w:rsidRPr="007A67C2" w:rsidRDefault="00E96741" w:rsidP="00E96741">
      <w:pPr>
        <w:numPr>
          <w:ilvl w:val="0"/>
          <w:numId w:val="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Funkčné obdobie rady školy je štyri roky</w:t>
      </w:r>
      <w:r w:rsidR="00F83896" w:rsidRPr="007A67C2">
        <w:rPr>
          <w:rFonts w:ascii="Times New Roman" w:hAnsi="Times New Roman" w:cs="Times New Roman"/>
          <w:sz w:val="24"/>
          <w:szCs w:val="24"/>
        </w:rPr>
        <w:t>, ktoré z</w:t>
      </w:r>
      <w:r w:rsidR="00AE1E22" w:rsidRPr="007A67C2">
        <w:rPr>
          <w:rFonts w:ascii="Times New Roman" w:hAnsi="Times New Roman" w:cs="Times New Roman"/>
          <w:sz w:val="24"/>
          <w:szCs w:val="24"/>
        </w:rPr>
        <w:t xml:space="preserve">ačína </w:t>
      </w:r>
      <w:r w:rsidR="00AF20EE" w:rsidRPr="007A67C2">
        <w:rPr>
          <w:rFonts w:ascii="Times New Roman" w:hAnsi="Times New Roman" w:cs="Times New Roman"/>
          <w:sz w:val="24"/>
          <w:szCs w:val="24"/>
        </w:rPr>
        <w:t xml:space="preserve">plynúť </w:t>
      </w:r>
      <w:r w:rsidR="00AE1E22" w:rsidRPr="007A67C2">
        <w:rPr>
          <w:rFonts w:ascii="Times New Roman" w:hAnsi="Times New Roman" w:cs="Times New Roman"/>
          <w:sz w:val="24"/>
          <w:szCs w:val="24"/>
        </w:rPr>
        <w:t>dňom</w:t>
      </w:r>
      <w:r w:rsidR="00F83896" w:rsidRPr="007A67C2">
        <w:rPr>
          <w:rFonts w:ascii="Times New Roman" w:hAnsi="Times New Roman" w:cs="Times New Roman"/>
          <w:sz w:val="24"/>
          <w:szCs w:val="24"/>
        </w:rPr>
        <w:t xml:space="preserve"> jej </w:t>
      </w:r>
      <w:r w:rsidR="00AE1E22" w:rsidRPr="007A67C2">
        <w:rPr>
          <w:rFonts w:ascii="Times New Roman" w:hAnsi="Times New Roman" w:cs="Times New Roman"/>
          <w:sz w:val="24"/>
          <w:szCs w:val="24"/>
        </w:rPr>
        <w:t xml:space="preserve"> ustanovujúceho zasadnutia.</w:t>
      </w:r>
    </w:p>
    <w:p w14:paraId="0407737D" w14:textId="77777777" w:rsidR="00510B4B" w:rsidRPr="007A67C2" w:rsidRDefault="00510B4B" w:rsidP="00086749">
      <w:pPr>
        <w:spacing w:after="0" w:line="240" w:lineRule="auto"/>
        <w:rPr>
          <w:rFonts w:ascii="Times New Roman" w:hAnsi="Times New Roman" w:cs="Times New Roman"/>
          <w:sz w:val="24"/>
          <w:szCs w:val="24"/>
        </w:rPr>
      </w:pPr>
    </w:p>
    <w:p w14:paraId="38C0FFF6" w14:textId="77777777" w:rsidR="00787AB1" w:rsidRPr="007A67C2" w:rsidRDefault="00787AB1" w:rsidP="00086749">
      <w:pPr>
        <w:spacing w:after="0" w:line="240" w:lineRule="auto"/>
        <w:jc w:val="both"/>
        <w:rPr>
          <w:rFonts w:ascii="Times New Roman" w:hAnsi="Times New Roman" w:cs="Times New Roman"/>
          <w:sz w:val="24"/>
          <w:szCs w:val="24"/>
        </w:rPr>
      </w:pPr>
    </w:p>
    <w:p w14:paraId="5F284B85"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4</w:t>
      </w:r>
    </w:p>
    <w:p w14:paraId="27E60E47"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Zloženie rady školy</w:t>
      </w:r>
    </w:p>
    <w:p w14:paraId="3FBE6EEB" w14:textId="77777777" w:rsidR="00787AB1" w:rsidRPr="007A67C2" w:rsidRDefault="00787AB1" w:rsidP="00086749">
      <w:pPr>
        <w:spacing w:after="0" w:line="240" w:lineRule="auto"/>
        <w:jc w:val="both"/>
        <w:rPr>
          <w:rFonts w:ascii="Times New Roman" w:hAnsi="Times New Roman" w:cs="Times New Roman"/>
          <w:sz w:val="24"/>
          <w:szCs w:val="24"/>
        </w:rPr>
      </w:pPr>
    </w:p>
    <w:p w14:paraId="689AFA45" w14:textId="731C69F8" w:rsidR="00E557AB" w:rsidRPr="007A67C2" w:rsidRDefault="00E557AB" w:rsidP="00E96741">
      <w:pPr>
        <w:pStyle w:val="Odsekzoznamu"/>
        <w:numPr>
          <w:ilvl w:val="0"/>
          <w:numId w:val="10"/>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Rad</w:t>
      </w:r>
      <w:r w:rsidR="00142871">
        <w:rPr>
          <w:rFonts w:ascii="Times New Roman" w:hAnsi="Times New Roman" w:cs="Times New Roman"/>
          <w:sz w:val="24"/>
          <w:szCs w:val="24"/>
        </w:rPr>
        <w:t>a</w:t>
      </w:r>
      <w:r w:rsidRPr="007A67C2">
        <w:rPr>
          <w:rFonts w:ascii="Times New Roman" w:hAnsi="Times New Roman" w:cs="Times New Roman"/>
          <w:sz w:val="24"/>
          <w:szCs w:val="24"/>
        </w:rPr>
        <w:t xml:space="preserve"> školy má </w:t>
      </w:r>
      <w:r w:rsidRPr="007A67C2">
        <w:rPr>
          <w:rFonts w:ascii="Times New Roman" w:hAnsi="Times New Roman" w:cs="Times New Roman"/>
          <w:b/>
          <w:bCs/>
          <w:sz w:val="24"/>
          <w:szCs w:val="24"/>
        </w:rPr>
        <w:t>5 členov</w:t>
      </w:r>
      <w:r w:rsidRPr="007A67C2">
        <w:rPr>
          <w:rFonts w:ascii="Times New Roman" w:hAnsi="Times New Roman" w:cs="Times New Roman"/>
          <w:sz w:val="24"/>
          <w:szCs w:val="24"/>
        </w:rPr>
        <w:t>.</w:t>
      </w:r>
    </w:p>
    <w:p w14:paraId="1C80162A" w14:textId="77777777" w:rsidR="00E557AB" w:rsidRPr="007A67C2" w:rsidRDefault="00E557AB" w:rsidP="00E96741">
      <w:pPr>
        <w:pStyle w:val="Odsekzoznamu"/>
        <w:numPr>
          <w:ilvl w:val="0"/>
          <w:numId w:val="10"/>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Členmi rady školy sú:</w:t>
      </w:r>
    </w:p>
    <w:p w14:paraId="78DF0EB7" w14:textId="77777777" w:rsidR="00E557AB" w:rsidRPr="007A67C2" w:rsidRDefault="00E557AB" w:rsidP="00E96741">
      <w:pPr>
        <w:pStyle w:val="Odsekzoznamu"/>
        <w:numPr>
          <w:ilvl w:val="0"/>
          <w:numId w:val="11"/>
        </w:numPr>
        <w:spacing w:after="0" w:line="240" w:lineRule="auto"/>
        <w:ind w:left="851" w:hanging="284"/>
        <w:contextualSpacing w:val="0"/>
        <w:jc w:val="both"/>
        <w:rPr>
          <w:rFonts w:ascii="Times New Roman" w:hAnsi="Times New Roman" w:cs="Times New Roman"/>
          <w:sz w:val="24"/>
          <w:szCs w:val="24"/>
        </w:rPr>
      </w:pPr>
      <w:r w:rsidRPr="007A67C2">
        <w:rPr>
          <w:rFonts w:ascii="Times New Roman" w:hAnsi="Times New Roman" w:cs="Times New Roman"/>
          <w:b/>
          <w:bCs/>
          <w:sz w:val="24"/>
          <w:szCs w:val="24"/>
        </w:rPr>
        <w:t>dvaja</w:t>
      </w:r>
      <w:r w:rsidRPr="007A67C2">
        <w:rPr>
          <w:rFonts w:ascii="Times New Roman" w:hAnsi="Times New Roman" w:cs="Times New Roman"/>
          <w:sz w:val="24"/>
          <w:szCs w:val="24"/>
        </w:rPr>
        <w:t xml:space="preserve"> zvolení zástupcovia zamestnancov školy,</w:t>
      </w:r>
    </w:p>
    <w:p w14:paraId="20446AEF" w14:textId="77777777" w:rsidR="00E557AB" w:rsidRPr="007A67C2" w:rsidRDefault="00E557AB" w:rsidP="00E96741">
      <w:pPr>
        <w:pStyle w:val="Odsekzoznamu"/>
        <w:numPr>
          <w:ilvl w:val="0"/>
          <w:numId w:val="11"/>
        </w:numPr>
        <w:spacing w:after="0" w:line="240" w:lineRule="auto"/>
        <w:ind w:left="851" w:hanging="284"/>
        <w:rPr>
          <w:rFonts w:ascii="Times New Roman" w:hAnsi="Times New Roman" w:cs="Times New Roman"/>
          <w:sz w:val="24"/>
          <w:szCs w:val="24"/>
        </w:rPr>
      </w:pPr>
      <w:r w:rsidRPr="007A67C2">
        <w:rPr>
          <w:rFonts w:ascii="Times New Roman" w:hAnsi="Times New Roman" w:cs="Times New Roman"/>
          <w:b/>
          <w:bCs/>
          <w:sz w:val="24"/>
          <w:szCs w:val="24"/>
        </w:rPr>
        <w:t>jeden</w:t>
      </w:r>
      <w:r w:rsidRPr="007A67C2">
        <w:rPr>
          <w:rFonts w:ascii="Times New Roman" w:hAnsi="Times New Roman" w:cs="Times New Roman"/>
          <w:sz w:val="24"/>
          <w:szCs w:val="24"/>
        </w:rPr>
        <w:t xml:space="preserve"> zvolený zástupca zákonných zástupcov</w:t>
      </w:r>
    </w:p>
    <w:p w14:paraId="7BC70E64" w14:textId="77777777" w:rsidR="00E557AB" w:rsidRPr="007A67C2" w:rsidRDefault="00E557AB" w:rsidP="00E96741">
      <w:pPr>
        <w:pStyle w:val="Odsekzoznamu"/>
        <w:numPr>
          <w:ilvl w:val="0"/>
          <w:numId w:val="11"/>
        </w:numPr>
        <w:spacing w:after="0" w:line="240" w:lineRule="auto"/>
        <w:ind w:left="851" w:hanging="284"/>
        <w:rPr>
          <w:rFonts w:ascii="Times New Roman" w:hAnsi="Times New Roman" w:cs="Times New Roman"/>
          <w:sz w:val="24"/>
          <w:szCs w:val="24"/>
        </w:rPr>
      </w:pPr>
      <w:r w:rsidRPr="007A67C2">
        <w:rPr>
          <w:rFonts w:ascii="Times New Roman" w:hAnsi="Times New Roman" w:cs="Times New Roman"/>
          <w:b/>
          <w:bCs/>
          <w:sz w:val="24"/>
          <w:szCs w:val="24"/>
        </w:rPr>
        <w:t>dvaja</w:t>
      </w:r>
      <w:r w:rsidRPr="007A67C2">
        <w:rPr>
          <w:rFonts w:ascii="Times New Roman" w:hAnsi="Times New Roman" w:cs="Times New Roman"/>
          <w:sz w:val="24"/>
          <w:szCs w:val="24"/>
        </w:rPr>
        <w:t xml:space="preserve"> delegovaní zástupcovia zriaďovateľa.</w:t>
      </w:r>
    </w:p>
    <w:p w14:paraId="3B9589E7" w14:textId="77777777" w:rsidR="00787AB1" w:rsidRPr="007A67C2" w:rsidRDefault="00787AB1" w:rsidP="00086749">
      <w:pPr>
        <w:spacing w:after="0" w:line="240" w:lineRule="auto"/>
        <w:jc w:val="both"/>
        <w:rPr>
          <w:rFonts w:ascii="Times New Roman" w:hAnsi="Times New Roman" w:cs="Times New Roman"/>
          <w:sz w:val="24"/>
          <w:szCs w:val="24"/>
        </w:rPr>
      </w:pPr>
    </w:p>
    <w:p w14:paraId="72D82740"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5</w:t>
      </w:r>
    </w:p>
    <w:p w14:paraId="6966B543"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Voľby členov rady školy</w:t>
      </w:r>
    </w:p>
    <w:p w14:paraId="2444C4A7" w14:textId="77777777" w:rsidR="00787AB1" w:rsidRPr="007A67C2" w:rsidRDefault="00787AB1" w:rsidP="00086749">
      <w:pPr>
        <w:spacing w:after="0" w:line="240" w:lineRule="auto"/>
        <w:jc w:val="both"/>
        <w:rPr>
          <w:rFonts w:ascii="Times New Roman" w:hAnsi="Times New Roman" w:cs="Times New Roman"/>
          <w:sz w:val="24"/>
          <w:szCs w:val="24"/>
        </w:rPr>
      </w:pPr>
    </w:p>
    <w:p w14:paraId="52266DCC" w14:textId="291DCAAE" w:rsidR="00117DF0" w:rsidRPr="007A67C2" w:rsidRDefault="008926B3"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Voľby do rady školy vyhlasuje zriaďovateľ</w:t>
      </w:r>
      <w:r w:rsidR="002418EB" w:rsidRPr="007A67C2">
        <w:rPr>
          <w:rFonts w:ascii="Times New Roman" w:hAnsi="Times New Roman" w:cs="Times New Roman"/>
          <w:sz w:val="24"/>
          <w:szCs w:val="24"/>
        </w:rPr>
        <w:t xml:space="preserve">, ktoré </w:t>
      </w:r>
      <w:r w:rsidR="00F83896" w:rsidRPr="007A67C2">
        <w:rPr>
          <w:rFonts w:ascii="Times New Roman" w:hAnsi="Times New Roman" w:cs="Times New Roman"/>
          <w:sz w:val="24"/>
          <w:szCs w:val="24"/>
        </w:rPr>
        <w:t xml:space="preserve">sa zverejňuje na webovom sídle školy. </w:t>
      </w:r>
    </w:p>
    <w:p w14:paraId="111AD1B6" w14:textId="282A3E6E" w:rsidR="008926B3" w:rsidRPr="007A67C2" w:rsidRDefault="008926B3"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organizačne zabezpečuje riaditeľ na základe písomného poverenia zriaďovateľa. </w:t>
      </w:r>
    </w:p>
    <w:p w14:paraId="61F81B42" w14:textId="5F35E86B" w:rsidR="008926B3" w:rsidRPr="007A67C2" w:rsidRDefault="002418EB" w:rsidP="00E96741">
      <w:pPr>
        <w:numPr>
          <w:ilvl w:val="0"/>
          <w:numId w:val="12"/>
        </w:numPr>
        <w:spacing w:after="0" w:line="240" w:lineRule="auto"/>
        <w:ind w:left="567" w:hanging="567"/>
        <w:jc w:val="both"/>
        <w:rPr>
          <w:rFonts w:ascii="Times New Roman" w:hAnsi="Times New Roman" w:cs="Times New Roman"/>
          <w:strike/>
          <w:color w:val="EE0000"/>
          <w:sz w:val="24"/>
          <w:szCs w:val="24"/>
        </w:rPr>
      </w:pPr>
      <w:r w:rsidRPr="007A67C2">
        <w:rPr>
          <w:rFonts w:ascii="Times New Roman" w:hAnsi="Times New Roman" w:cs="Times New Roman"/>
          <w:sz w:val="24"/>
          <w:szCs w:val="24"/>
        </w:rPr>
        <w:lastRenderedPageBreak/>
        <w:t xml:space="preserve">Voľby do rady školy sa vykonávajú zvlášť pre každú kategóriu voličov.  </w:t>
      </w:r>
      <w:r w:rsidR="008926B3" w:rsidRPr="007A67C2">
        <w:rPr>
          <w:rFonts w:ascii="Times New Roman" w:hAnsi="Times New Roman" w:cs="Times New Roman"/>
          <w:sz w:val="24"/>
          <w:szCs w:val="24"/>
        </w:rPr>
        <w:t>Zamestnanci volia spomedzi seba zástupcu za kategóriu zamestnancov. Zákonní zástupcovia volia spomedzi seba zástupcu za kategóriu zákonných zástupcov.</w:t>
      </w:r>
      <w:r w:rsidRPr="007A67C2">
        <w:rPr>
          <w:rFonts w:ascii="Times New Roman" w:hAnsi="Times New Roman" w:cs="Times New Roman"/>
          <w:sz w:val="24"/>
          <w:szCs w:val="24"/>
        </w:rPr>
        <w:t xml:space="preserve"> </w:t>
      </w:r>
    </w:p>
    <w:p w14:paraId="515BE445" w14:textId="77777777" w:rsidR="00062365" w:rsidRPr="007A67C2" w:rsidRDefault="002418EB"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možno pre príslušnú kategóriu voličov uskutočniť, ak je v mieste ich konania prítomná nadpolovičná väčšina príslušnej kategórie voličov. Inak zriaďovateľ vyhlási za príslušnú kategóriu voličov opakované voľby; pri opakovaných voľbách sa podmienka účasti nadpolovičnej väčšiny príslušnej kategórie voličov nevyžaduje. </w:t>
      </w:r>
    </w:p>
    <w:p w14:paraId="14F087DF" w14:textId="77777777" w:rsidR="00062365" w:rsidRPr="007A67C2" w:rsidRDefault="00062365"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Voľby do rady školy za jednu kategóriu voličov sa uskutočňujú v jeden deň. Voľby do rady školy za rôzne kategórie voličov sa môžu uskutočniť v ten istý deň.</w:t>
      </w:r>
    </w:p>
    <w:p w14:paraId="6557956A" w14:textId="77777777" w:rsidR="00062365" w:rsidRPr="007A67C2" w:rsidRDefault="00062365"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Voľby do rady školy možno uskutočniť aj elektronicky prostredníctvom školského informačného systému, ktorý zabezpečuje tajnosť hlasovania a identifikáciu oprávnených voličov, ak sú zabezpečené podmienky podľa § 20 ods. 1 až 5 a § 21 zákona. </w:t>
      </w:r>
    </w:p>
    <w:p w14:paraId="4A87B9F1" w14:textId="77777777" w:rsidR="00062365" w:rsidRPr="007A67C2" w:rsidRDefault="00062365"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Zoznam kandidátov vo voľbách do rady školy za príslušnú kategóriu voličov zostavuje predseda rady školy. Do zoznamu kandidátov možno zapísať len osobu, ktorá na zápis do zoznamu udelila písomný súhlas a ktorú navrhol najmenej jeden volič z príslušnej kategórie voličov.</w:t>
      </w:r>
    </w:p>
    <w:p w14:paraId="5F4BC757" w14:textId="441DE930" w:rsidR="00062365" w:rsidRPr="007A67C2" w:rsidRDefault="00062365"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Do rady školy sú zvolení zástupcovia príslušnej kategórie voličov, ktorí podľa počtu príslušných členov rady školy určeného zriaďovateľom získali najvyšší počet hlasov. Pri rovnosti hlasov sa poradie určí verejným žrebovaním.</w:t>
      </w:r>
    </w:p>
    <w:p w14:paraId="593EDA4A" w14:textId="77777777" w:rsidR="00062365" w:rsidRPr="007A67C2" w:rsidRDefault="00062365"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V prípade volieb  za kategóriu zákonných zástupcov  obaja zákonní zástupcovia majú spoločne jeden hlas bez ohľadu na skutočnosť, či sú manželmi; ak školu navštevuje viac ich detí, za každé dieťa majú spoločne jeden hlas. Podmienka podľa prvej vety platí, aj ak je dieťa súdom zverené len jednému zákonnému zástupcovi alebo do striedavej osobnej starostlivosti.</w:t>
      </w:r>
    </w:p>
    <w:p w14:paraId="60D5ABB0" w14:textId="77777777" w:rsidR="00062365" w:rsidRPr="007A67C2" w:rsidRDefault="00062365"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Predseda rady školy vyhotoví o vykonaní volieb do rady školy zápisnicu, ktorá obsahuje náležitosti ustanovené zákonom. </w:t>
      </w:r>
    </w:p>
    <w:p w14:paraId="0B25801F" w14:textId="72271821" w:rsidR="00062365" w:rsidRPr="007A67C2" w:rsidRDefault="00062365" w:rsidP="00E96741">
      <w:pPr>
        <w:numPr>
          <w:ilvl w:val="0"/>
          <w:numId w:val="12"/>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Prílohou zápisnice o vykonaní volieb do rady školy je dokumentácia za jednotlivé kategórie voličov vrátane prezenčných listín; ak zápisnica obsahuje osobné údaje, zverejňujú sa v rozsahu meno a priezvisko. Predseda rady školy zabezpečí zverejnenie zápisnice do  troch pracovných dní od vykonania volieb do rady školy za poslednú kategóriu voličov najmä na webovom sídle školy.</w:t>
      </w:r>
    </w:p>
    <w:p w14:paraId="5B699324" w14:textId="77777777" w:rsidR="00062365" w:rsidRDefault="00062365" w:rsidP="00086749">
      <w:pPr>
        <w:spacing w:after="0" w:line="240" w:lineRule="auto"/>
        <w:ind w:left="357"/>
        <w:jc w:val="both"/>
        <w:rPr>
          <w:rFonts w:ascii="Times New Roman" w:hAnsi="Times New Roman" w:cs="Times New Roman"/>
          <w:strike/>
          <w:color w:val="EE0000"/>
          <w:sz w:val="24"/>
          <w:szCs w:val="24"/>
        </w:rPr>
      </w:pPr>
    </w:p>
    <w:p w14:paraId="756650DF" w14:textId="77777777" w:rsidR="00293E07" w:rsidRPr="00293E07" w:rsidRDefault="00293E07" w:rsidP="00293E07">
      <w:pPr>
        <w:spacing w:after="0" w:line="240" w:lineRule="auto"/>
        <w:ind w:left="357"/>
        <w:jc w:val="both"/>
        <w:rPr>
          <w:rFonts w:ascii="Times New Roman" w:hAnsi="Times New Roman" w:cs="Times New Roman"/>
          <w:strike/>
          <w:color w:val="EE0000"/>
          <w:sz w:val="24"/>
          <w:szCs w:val="24"/>
        </w:rPr>
      </w:pPr>
    </w:p>
    <w:p w14:paraId="0E73C10A" w14:textId="77777777" w:rsidR="00293E07" w:rsidRDefault="00293E07" w:rsidP="00086749">
      <w:pPr>
        <w:spacing w:after="0" w:line="240" w:lineRule="auto"/>
        <w:ind w:left="357"/>
        <w:jc w:val="both"/>
        <w:rPr>
          <w:rFonts w:ascii="Times New Roman" w:hAnsi="Times New Roman" w:cs="Times New Roman"/>
          <w:strike/>
          <w:color w:val="EE0000"/>
          <w:sz w:val="24"/>
          <w:szCs w:val="24"/>
        </w:rPr>
      </w:pPr>
    </w:p>
    <w:p w14:paraId="3D7699D8" w14:textId="5DA56991" w:rsidR="00293E07" w:rsidRPr="00293E07" w:rsidRDefault="00293E07" w:rsidP="00293E07">
      <w:pPr>
        <w:spacing w:after="0" w:line="240" w:lineRule="auto"/>
        <w:ind w:left="357"/>
        <w:jc w:val="center"/>
        <w:rPr>
          <w:rFonts w:ascii="Times New Roman" w:hAnsi="Times New Roman" w:cs="Times New Roman"/>
          <w:b/>
          <w:bCs/>
          <w:sz w:val="24"/>
          <w:szCs w:val="24"/>
        </w:rPr>
      </w:pPr>
      <w:r w:rsidRPr="00293E07">
        <w:rPr>
          <w:rFonts w:ascii="Times New Roman" w:hAnsi="Times New Roman" w:cs="Times New Roman"/>
          <w:b/>
          <w:bCs/>
          <w:sz w:val="24"/>
          <w:szCs w:val="24"/>
        </w:rPr>
        <w:t xml:space="preserve">Čl. </w:t>
      </w:r>
      <w:r>
        <w:rPr>
          <w:rFonts w:ascii="Times New Roman" w:hAnsi="Times New Roman" w:cs="Times New Roman"/>
          <w:b/>
          <w:bCs/>
          <w:sz w:val="24"/>
          <w:szCs w:val="24"/>
        </w:rPr>
        <w:t>6</w:t>
      </w:r>
    </w:p>
    <w:p w14:paraId="09F8C631" w14:textId="27B20E75" w:rsidR="00293E07" w:rsidRPr="00293E07" w:rsidRDefault="00293E07" w:rsidP="00293E07">
      <w:pPr>
        <w:spacing w:after="0" w:line="240" w:lineRule="auto"/>
        <w:ind w:left="357"/>
        <w:jc w:val="center"/>
        <w:rPr>
          <w:rFonts w:ascii="Times New Roman" w:hAnsi="Times New Roman" w:cs="Times New Roman"/>
          <w:b/>
          <w:bCs/>
          <w:sz w:val="24"/>
          <w:szCs w:val="24"/>
        </w:rPr>
      </w:pPr>
      <w:r w:rsidRPr="00293E07">
        <w:rPr>
          <w:rFonts w:ascii="Times New Roman" w:hAnsi="Times New Roman" w:cs="Times New Roman"/>
          <w:b/>
          <w:bCs/>
          <w:sz w:val="24"/>
          <w:szCs w:val="24"/>
        </w:rPr>
        <w:t>Výberové konanie  na obsadenie miesta riaditeľa školy</w:t>
      </w:r>
    </w:p>
    <w:p w14:paraId="27D80DA9" w14:textId="77777777" w:rsidR="00293E07" w:rsidRPr="00293E07" w:rsidRDefault="00293E07" w:rsidP="00293E07">
      <w:pPr>
        <w:spacing w:after="0" w:line="240" w:lineRule="auto"/>
        <w:ind w:left="357"/>
        <w:jc w:val="both"/>
        <w:rPr>
          <w:rFonts w:ascii="Times New Roman" w:hAnsi="Times New Roman" w:cs="Times New Roman"/>
          <w:b/>
          <w:bCs/>
          <w:sz w:val="24"/>
          <w:szCs w:val="24"/>
        </w:rPr>
      </w:pPr>
    </w:p>
    <w:p w14:paraId="2690C74A" w14:textId="4ADB9F74" w:rsidR="00293E07" w:rsidRPr="00293E07" w:rsidRDefault="00293E07" w:rsidP="00E96741">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Výberové konanie na obsadenie pracovného miesta riaditeľa školy</w:t>
      </w:r>
      <w:r>
        <w:rPr>
          <w:rFonts w:ascii="Times New Roman" w:hAnsi="Times New Roman" w:cs="Times New Roman"/>
          <w:sz w:val="24"/>
          <w:szCs w:val="24"/>
        </w:rPr>
        <w:t xml:space="preserve"> </w:t>
      </w:r>
      <w:r w:rsidRPr="00293E07">
        <w:rPr>
          <w:rFonts w:ascii="Times New Roman" w:hAnsi="Times New Roman" w:cs="Times New Roman"/>
          <w:sz w:val="24"/>
          <w:szCs w:val="24"/>
        </w:rPr>
        <w:t xml:space="preserve">vyhlasuje a v spolupráci s výberovou komisiou uskutočňuje zriaďovateľ.  </w:t>
      </w:r>
    </w:p>
    <w:p w14:paraId="1B3A32E2" w14:textId="1B511B3B" w:rsidR="00293E07" w:rsidRPr="00293E07" w:rsidRDefault="00293E07" w:rsidP="00E96741">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 xml:space="preserve">Podľa </w:t>
      </w:r>
      <w:proofErr w:type="spellStart"/>
      <w:r w:rsidRPr="00293E07">
        <w:rPr>
          <w:rFonts w:ascii="Times New Roman" w:hAnsi="Times New Roman" w:cs="Times New Roman"/>
          <w:sz w:val="24"/>
          <w:szCs w:val="24"/>
        </w:rPr>
        <w:t>ust</w:t>
      </w:r>
      <w:proofErr w:type="spellEnd"/>
      <w:r w:rsidRPr="00293E07">
        <w:rPr>
          <w:rFonts w:ascii="Times New Roman" w:hAnsi="Times New Roman" w:cs="Times New Roman"/>
          <w:sz w:val="24"/>
          <w:szCs w:val="24"/>
        </w:rPr>
        <w:t xml:space="preserve">, § 11 odsek 1 zákona členmi výberovej komisie  sú okrem iného aj:  </w:t>
      </w:r>
    </w:p>
    <w:p w14:paraId="22BEC924" w14:textId="0FE1570A" w:rsidR="00293E07" w:rsidRPr="00293E07" w:rsidRDefault="00293E07" w:rsidP="00E96741">
      <w:pPr>
        <w:pStyle w:val="Odsekzoznamu"/>
        <w:numPr>
          <w:ilvl w:val="1"/>
          <w:numId w:val="10"/>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 xml:space="preserve">predseda rady školy, ktorá je zároveň aj predsedom výberovej komisie </w:t>
      </w:r>
    </w:p>
    <w:p w14:paraId="0C373708" w14:textId="6FD87237" w:rsidR="00293E07" w:rsidRPr="00293E07" w:rsidRDefault="00293E07" w:rsidP="00E96741">
      <w:pPr>
        <w:pStyle w:val="Odsekzoznamu"/>
        <w:numPr>
          <w:ilvl w:val="1"/>
          <w:numId w:val="10"/>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dvaja zástupcovia členov rady školy za kategóriu zamestnancov, kategóriu rodičov a iných fyzických osôb než rodič, ktorí majú dieťa zverené do starostlivosti na základe rozhodnutia súdu a za kategóriu zriaďovateľa pričom platí, že  ak je predseda rady školy zástupcom niektorej z uvedených kategórií, z tejto kategórie sa doplní do výberovej komisie len jeden zástupca.</w:t>
      </w:r>
    </w:p>
    <w:p w14:paraId="3D46F64A" w14:textId="75272487" w:rsidR="00293E07" w:rsidRPr="00293E07" w:rsidRDefault="00293E07" w:rsidP="00E96741">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lastRenderedPageBreak/>
        <w:t>Členovia rady školy za príslušnú kategóriu volia zo svojich radov zástupcov do výberovej komisie  za danú kategóriu; o voľbe sa vyhotovuje písomný záznam</w:t>
      </w:r>
      <w:r>
        <w:rPr>
          <w:rFonts w:ascii="Times New Roman" w:hAnsi="Times New Roman" w:cs="Times New Roman"/>
          <w:sz w:val="24"/>
          <w:szCs w:val="24"/>
        </w:rPr>
        <w:t>,</w:t>
      </w:r>
      <w:r w:rsidRPr="00293E07">
        <w:rPr>
          <w:rFonts w:ascii="Times New Roman" w:hAnsi="Times New Roman" w:cs="Times New Roman"/>
          <w:sz w:val="24"/>
          <w:szCs w:val="24"/>
        </w:rPr>
        <w:t xml:space="preserve"> ktorý sa doručuje predsedovi rady školy.  </w:t>
      </w:r>
    </w:p>
    <w:p w14:paraId="66633A31" w14:textId="4BC7081F" w:rsidR="00293E07" w:rsidRPr="00293E07" w:rsidRDefault="00293E07" w:rsidP="00E96741">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sú v príslušnej kategórii dvaja členovia rady školy, títo sú zároveň členmi výberovej komisie.</w:t>
      </w:r>
    </w:p>
    <w:p w14:paraId="07BC4451" w14:textId="16EB6820" w:rsidR="00293E07" w:rsidRPr="00293E07" w:rsidRDefault="00293E07" w:rsidP="00E96741">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je v príslušnej kategórii menej ako dvaja členovia rady školy, tento člen je zároveň členom výberovej komisie. Druhým zástupcom za danú kategóriu je kandidát na člena rady školy za túto kategóriu, ktorý vo voľbách získal druhý najvyšší počet hlasov, prípadne ďalší kandidát v poradí podľa počtu získaných hlasov.</w:t>
      </w:r>
    </w:p>
    <w:p w14:paraId="5C959B16" w14:textId="79B14B7F" w:rsidR="00293E07" w:rsidRPr="00293E07" w:rsidRDefault="00293E07" w:rsidP="00E96741">
      <w:pPr>
        <w:pStyle w:val="Odsekzoznamu"/>
        <w:numPr>
          <w:ilvl w:val="0"/>
          <w:numId w:val="27"/>
        </w:numPr>
        <w:spacing w:after="0" w:line="240" w:lineRule="auto"/>
        <w:jc w:val="both"/>
        <w:rPr>
          <w:rFonts w:ascii="Times New Roman" w:hAnsi="Times New Roman" w:cs="Times New Roman"/>
          <w:sz w:val="24"/>
          <w:szCs w:val="24"/>
        </w:rPr>
      </w:pPr>
      <w:r w:rsidRPr="00293E07">
        <w:rPr>
          <w:rFonts w:ascii="Times New Roman" w:hAnsi="Times New Roman" w:cs="Times New Roman"/>
          <w:sz w:val="24"/>
          <w:szCs w:val="24"/>
        </w:rPr>
        <w:t>Ak  podľa odseku 5 nie je možné určiť druhého zástupcu, tento sa zvolí voľbou príslušnej kategórie voličov. Za zástupcu je zvolený kandidát, ktorý získal najvyšší počet hlasov. V prípade rovnosti hlasov rozhodne žreb, ktorý riadi predseda rady školy.</w:t>
      </w:r>
    </w:p>
    <w:p w14:paraId="0FA088B2" w14:textId="77777777" w:rsidR="00293E07" w:rsidRPr="007A67C2" w:rsidRDefault="00293E07" w:rsidP="00293E07">
      <w:pPr>
        <w:spacing w:after="0" w:line="240" w:lineRule="auto"/>
        <w:jc w:val="both"/>
        <w:rPr>
          <w:rFonts w:ascii="Times New Roman" w:hAnsi="Times New Roman" w:cs="Times New Roman"/>
          <w:strike/>
          <w:color w:val="EE0000"/>
          <w:sz w:val="24"/>
          <w:szCs w:val="24"/>
        </w:rPr>
      </w:pPr>
    </w:p>
    <w:p w14:paraId="11CF8B77" w14:textId="77777777" w:rsidR="008926B3" w:rsidRPr="007A67C2" w:rsidRDefault="008926B3" w:rsidP="00086749">
      <w:pPr>
        <w:spacing w:after="0" w:line="240" w:lineRule="auto"/>
        <w:jc w:val="both"/>
        <w:rPr>
          <w:rFonts w:ascii="Times New Roman" w:hAnsi="Times New Roman" w:cs="Times New Roman"/>
          <w:sz w:val="24"/>
          <w:szCs w:val="24"/>
        </w:rPr>
      </w:pPr>
    </w:p>
    <w:p w14:paraId="4778E21A" w14:textId="196DDC31"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7</w:t>
      </w:r>
    </w:p>
    <w:p w14:paraId="0386D731" w14:textId="6989D079"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Zánik členstva</w:t>
      </w:r>
      <w:r w:rsidR="00371097" w:rsidRPr="007A67C2">
        <w:rPr>
          <w:rFonts w:ascii="Times New Roman" w:hAnsi="Times New Roman" w:cs="Times New Roman"/>
          <w:b/>
          <w:bCs/>
          <w:sz w:val="24"/>
          <w:szCs w:val="24"/>
        </w:rPr>
        <w:t xml:space="preserve"> v rade školy</w:t>
      </w:r>
    </w:p>
    <w:p w14:paraId="66FA1ACF" w14:textId="77777777" w:rsidR="00787AB1" w:rsidRPr="007A67C2" w:rsidRDefault="00787AB1" w:rsidP="00086749">
      <w:pPr>
        <w:spacing w:after="0" w:line="240" w:lineRule="auto"/>
        <w:jc w:val="both"/>
        <w:rPr>
          <w:rFonts w:ascii="Times New Roman" w:hAnsi="Times New Roman" w:cs="Times New Roman"/>
          <w:sz w:val="24"/>
          <w:szCs w:val="24"/>
        </w:rPr>
      </w:pPr>
    </w:p>
    <w:p w14:paraId="05AF65C7" w14:textId="21C7E3C8" w:rsidR="00371097" w:rsidRPr="007A67C2" w:rsidRDefault="002418EB" w:rsidP="00E96741">
      <w:pPr>
        <w:pStyle w:val="Odsekzoznamu"/>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Zánik členstva v rade školy je  upravená v </w:t>
      </w:r>
      <w:proofErr w:type="spellStart"/>
      <w:r w:rsidRPr="007A67C2">
        <w:rPr>
          <w:rFonts w:ascii="Times New Roman" w:hAnsi="Times New Roman" w:cs="Times New Roman"/>
          <w:sz w:val="24"/>
          <w:szCs w:val="24"/>
        </w:rPr>
        <w:t>ust</w:t>
      </w:r>
      <w:proofErr w:type="spellEnd"/>
      <w:r w:rsidRPr="007A67C2">
        <w:rPr>
          <w:rFonts w:ascii="Times New Roman" w:hAnsi="Times New Roman" w:cs="Times New Roman"/>
          <w:sz w:val="24"/>
          <w:szCs w:val="24"/>
        </w:rPr>
        <w:t xml:space="preserve">. § 22 odsek 1 zákona, podľa ktorého </w:t>
      </w:r>
      <w:r w:rsidR="00062365" w:rsidRPr="007A67C2">
        <w:rPr>
          <w:rFonts w:ascii="Times New Roman" w:hAnsi="Times New Roman" w:cs="Times New Roman"/>
          <w:sz w:val="24"/>
          <w:szCs w:val="24"/>
        </w:rPr>
        <w:t xml:space="preserve">členstvo v rade školy zaniká: </w:t>
      </w:r>
    </w:p>
    <w:p w14:paraId="34E02A2F"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uplynutím funkčného obdobia rady školy,</w:t>
      </w:r>
    </w:p>
    <w:p w14:paraId="16BF0AF8"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vzdaním sa členstva, </w:t>
      </w:r>
    </w:p>
    <w:p w14:paraId="3A1480EB"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ustanovením do funkcie, ktorá je nezlučiteľná s členstvom v rade školy, </w:t>
      </w:r>
    </w:p>
    <w:p w14:paraId="3FA29362"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 xml:space="preserve">skončením pracovnoprávneho vzťahu so školou, ak ide o člena zvoleného za kategóriu zamestnancov; to platí, aj ak skončenie pracovnoprávneho vzťahu bolo rozhodnutím súdu vyhlásené za neplatné, </w:t>
      </w:r>
    </w:p>
    <w:p w14:paraId="5AFCF28A"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dňom, kedy dieťa zvoleného zástupcu zákonných zástupcov prestane byť dieťaťom alebo žiakom školy,</w:t>
      </w:r>
    </w:p>
    <w:p w14:paraId="34F16D1A"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odvolaním člena rady školy,</w:t>
      </w:r>
    </w:p>
    <w:p w14:paraId="2CF35789"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obmedzením spôsobilosti na právne úkony,</w:t>
      </w:r>
    </w:p>
    <w:p w14:paraId="0E71FB7D"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smrťou alebo vyhlásením za mŕtveho,</w:t>
      </w:r>
    </w:p>
    <w:p w14:paraId="45C9A049" w14:textId="77777777" w:rsidR="00371097" w:rsidRPr="007A67C2" w:rsidRDefault="00371097" w:rsidP="00E96741">
      <w:pPr>
        <w:numPr>
          <w:ilvl w:val="0"/>
          <w:numId w:val="13"/>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výmazom školy z registra alebo zrušením príslušnej organizačnej zložky.</w:t>
      </w:r>
    </w:p>
    <w:p w14:paraId="4A2C0A6F" w14:textId="77777777" w:rsidR="00371097" w:rsidRPr="007A67C2" w:rsidRDefault="00371097" w:rsidP="00E96741">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Člen rady školy sa môže vzdať členstva písomným oznámením, ktoré doručuje zriaďovateľovi. Členstvo v rade školy zaniká dňom jeho doručenia, ak v ňom nie je uvedený neskorší dátum vzdania sa členstva.</w:t>
      </w:r>
    </w:p>
    <w:p w14:paraId="76B9612A" w14:textId="77777777" w:rsidR="00510B4B" w:rsidRPr="007A67C2" w:rsidRDefault="00371097" w:rsidP="00E96741">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Voleného člena rady školy môže odvolať len príslušná kategória voličov, ktorú v rade školy zastupuje</w:t>
      </w:r>
    </w:p>
    <w:p w14:paraId="16B91440" w14:textId="77777777" w:rsidR="005836A3" w:rsidRPr="007A67C2" w:rsidRDefault="00371097" w:rsidP="00E96741">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Písomný záznam o odvolaní člena rady školy doručí predseda rady školy zriaďovateľovi alebo ak ide o odvolanie predsedu rady školy, doručí ho člen rady školy poverený radou školy.</w:t>
      </w:r>
    </w:p>
    <w:p w14:paraId="167F4A42" w14:textId="5C146D7C" w:rsidR="005836A3" w:rsidRPr="007A67C2" w:rsidRDefault="005836A3" w:rsidP="00E96741">
      <w:pPr>
        <w:numPr>
          <w:ilvl w:val="0"/>
          <w:numId w:val="14"/>
        </w:numPr>
        <w:spacing w:after="0" w:line="240" w:lineRule="auto"/>
        <w:ind w:left="567" w:hanging="561"/>
        <w:jc w:val="both"/>
        <w:rPr>
          <w:rFonts w:ascii="Times New Roman" w:hAnsi="Times New Roman" w:cs="Times New Roman"/>
          <w:sz w:val="24"/>
          <w:szCs w:val="24"/>
        </w:rPr>
      </w:pPr>
      <w:r w:rsidRPr="007A67C2">
        <w:rPr>
          <w:rFonts w:ascii="Times New Roman" w:hAnsi="Times New Roman" w:cs="Times New Roman"/>
          <w:sz w:val="24"/>
          <w:szCs w:val="24"/>
        </w:rPr>
        <w:t>Ak zaniklo členstvo v rade školy pred skončením jej funkčného obdobia, zvolí príslušná kategória voličov na uvoľnené miesto nového člena rady školy nasledovne:</w:t>
      </w:r>
    </w:p>
    <w:p w14:paraId="2C5082BF" w14:textId="77777777" w:rsidR="005836A3" w:rsidRPr="007A67C2" w:rsidRDefault="005836A3" w:rsidP="00E96741">
      <w:pPr>
        <w:pStyle w:val="Odsekzoznamu"/>
        <w:numPr>
          <w:ilvl w:val="0"/>
          <w:numId w:val="15"/>
        </w:numPr>
        <w:autoSpaceDN w:val="0"/>
        <w:spacing w:after="0" w:line="240" w:lineRule="auto"/>
        <w:ind w:left="851" w:hanging="284"/>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 xml:space="preserve">v prípade člena, ktorý je voleným zástupcom zamestnancov školy, nastupuje na jeho miesto zástupca zamestnancov, </w:t>
      </w:r>
      <w:bookmarkStart w:id="0" w:name="_Hlk219467636"/>
      <w:r w:rsidRPr="007A67C2">
        <w:rPr>
          <w:rFonts w:ascii="Times New Roman" w:hAnsi="Times New Roman" w:cs="Times New Roman"/>
          <w:sz w:val="24"/>
          <w:szCs w:val="24"/>
        </w:rPr>
        <w:t>ktorý sa v riadnych voľbách do rady školy za príslušnú kategóriu voličov umiestnil ako ďalší v poradí podľa počtu získaných hlasov za zvolenými zástupcami, spĺňa podmienky pre ustanovenie do funkcie člena rady školy a súhlasí s ustanovením do funkcie člena rady školy</w:t>
      </w:r>
      <w:bookmarkEnd w:id="0"/>
      <w:r w:rsidRPr="007A67C2">
        <w:rPr>
          <w:rFonts w:ascii="Times New Roman" w:hAnsi="Times New Roman" w:cs="Times New Roman"/>
          <w:sz w:val="24"/>
          <w:szCs w:val="24"/>
        </w:rPr>
        <w:t>,</w:t>
      </w:r>
    </w:p>
    <w:p w14:paraId="1BE760F5" w14:textId="2CCBFE40" w:rsidR="005836A3" w:rsidRPr="007A67C2" w:rsidRDefault="005836A3" w:rsidP="00E96741">
      <w:pPr>
        <w:pStyle w:val="Odsekzoznamu"/>
        <w:numPr>
          <w:ilvl w:val="0"/>
          <w:numId w:val="15"/>
        </w:numPr>
        <w:autoSpaceDN w:val="0"/>
        <w:spacing w:after="0" w:line="240" w:lineRule="auto"/>
        <w:ind w:left="851" w:hanging="284"/>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 xml:space="preserve">v prípade člena, ktorý je voleným zástupcom zákonných zástupcov, nastupuje na jeho miesto zástupca zákonných zástupcov, ktorý sa v riadnych voľbách do rady školy za príslušnú kategóriu voličov umiestnil ako ďalší v poradí podľa počtu získaných </w:t>
      </w:r>
      <w:r w:rsidRPr="007A67C2">
        <w:rPr>
          <w:rFonts w:ascii="Times New Roman" w:hAnsi="Times New Roman" w:cs="Times New Roman"/>
          <w:sz w:val="24"/>
          <w:szCs w:val="24"/>
        </w:rPr>
        <w:lastRenderedPageBreak/>
        <w:t>hlasov za zvolenými zástupcami, spĺňa podmienky pre ustanovenie do funkcie člena rady školy a súhlasí s ustanovením do funkcie člena rady školy,</w:t>
      </w:r>
    </w:p>
    <w:p w14:paraId="7E27547C" w14:textId="6337AC4F" w:rsidR="005836A3" w:rsidRPr="007A67C2" w:rsidRDefault="005836A3" w:rsidP="00E96741">
      <w:pPr>
        <w:pStyle w:val="Odsekzoznamu"/>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Ak nie je možné postupovať podľa odseku  5 tohto článku, pre doplnenie členov rady školy pri volených zástupcoch zorganizuje rada školy v spolupráci so zriaďovateľom a riaditeľom školy doplňujúce voľby pre danú skupinu oprávnených voličov.</w:t>
      </w:r>
    </w:p>
    <w:p w14:paraId="45E11E92" w14:textId="77777777" w:rsidR="005836A3" w:rsidRPr="007A67C2" w:rsidRDefault="005836A3" w:rsidP="00E96741">
      <w:pPr>
        <w:numPr>
          <w:ilvl w:val="0"/>
          <w:numId w:val="1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Zriaďovateľ môže odvolať delegovaného zástupcu bez uvedenia dôvodu; odvolanie musí byť písomné a zriaďovateľ listinu o odvolaní člena rady školy doručuje rade školy. </w:t>
      </w:r>
    </w:p>
    <w:p w14:paraId="2F8F78FB" w14:textId="7E56B181" w:rsidR="00AF20EE" w:rsidRPr="007A67C2" w:rsidRDefault="00AF20EE" w:rsidP="00086749">
      <w:pPr>
        <w:pStyle w:val="Odsekzoznamu"/>
        <w:spacing w:after="0" w:line="240" w:lineRule="auto"/>
        <w:ind w:left="1145"/>
        <w:jc w:val="both"/>
        <w:rPr>
          <w:rFonts w:ascii="Times New Roman" w:hAnsi="Times New Roman" w:cs="Times New Roman"/>
          <w:sz w:val="24"/>
          <w:szCs w:val="24"/>
        </w:rPr>
      </w:pPr>
    </w:p>
    <w:p w14:paraId="339D9EE9" w14:textId="22392A42" w:rsidR="00AE1E22" w:rsidRPr="007A67C2" w:rsidRDefault="00AE1E22"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8</w:t>
      </w:r>
    </w:p>
    <w:p w14:paraId="40E61BCC" w14:textId="7F2A30FC" w:rsidR="00AE1E22" w:rsidRPr="007A67C2" w:rsidRDefault="00AE1E22"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Predseda a</w:t>
      </w:r>
      <w:r w:rsidR="005836A3" w:rsidRPr="007A67C2">
        <w:rPr>
          <w:rFonts w:ascii="Times New Roman" w:hAnsi="Times New Roman" w:cs="Times New Roman"/>
          <w:b/>
          <w:bCs/>
          <w:sz w:val="24"/>
          <w:szCs w:val="24"/>
        </w:rPr>
        <w:t> </w:t>
      </w:r>
      <w:r w:rsidRPr="007A67C2">
        <w:rPr>
          <w:rFonts w:ascii="Times New Roman" w:hAnsi="Times New Roman" w:cs="Times New Roman"/>
          <w:b/>
          <w:bCs/>
          <w:sz w:val="24"/>
          <w:szCs w:val="24"/>
        </w:rPr>
        <w:t>podpredseda</w:t>
      </w:r>
    </w:p>
    <w:p w14:paraId="74F0B903" w14:textId="77777777" w:rsidR="005836A3" w:rsidRPr="007A67C2" w:rsidRDefault="005836A3" w:rsidP="00086749">
      <w:pPr>
        <w:spacing w:after="0" w:line="240" w:lineRule="auto"/>
        <w:jc w:val="center"/>
        <w:rPr>
          <w:rFonts w:ascii="Times New Roman" w:hAnsi="Times New Roman" w:cs="Times New Roman"/>
          <w:sz w:val="24"/>
          <w:szCs w:val="24"/>
        </w:rPr>
      </w:pPr>
    </w:p>
    <w:p w14:paraId="56C54211" w14:textId="77777777" w:rsidR="00AE1E22" w:rsidRPr="007A67C2" w:rsidRDefault="00AE1E22" w:rsidP="00E96741">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si zo svojich členov volí predsedu a podpredsedu tajným hlasovaním.</w:t>
      </w:r>
    </w:p>
    <w:p w14:paraId="39A38848" w14:textId="28280A5A" w:rsidR="00AE1E22" w:rsidRPr="007A67C2" w:rsidRDefault="00AE1E22" w:rsidP="00E96741">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Predseda riadi činnosť rady školy a koná v jej mene.</w:t>
      </w:r>
      <w:r w:rsidR="00086749" w:rsidRPr="007A67C2">
        <w:rPr>
          <w:rFonts w:ascii="Times New Roman" w:hAnsi="Times New Roman" w:cs="Times New Roman"/>
          <w:sz w:val="24"/>
          <w:szCs w:val="24"/>
        </w:rPr>
        <w:t xml:space="preserve"> </w:t>
      </w:r>
      <w:r w:rsidRPr="007A67C2">
        <w:rPr>
          <w:rFonts w:ascii="Times New Roman" w:hAnsi="Times New Roman" w:cs="Times New Roman"/>
          <w:sz w:val="24"/>
          <w:szCs w:val="24"/>
        </w:rPr>
        <w:t>Podpredseda zastupuje predsedu v čase jeho neprítomnosti v plnom rozsahu jeho práv a povinností.</w:t>
      </w:r>
    </w:p>
    <w:p w14:paraId="51AFFD9C" w14:textId="77777777" w:rsidR="00AE1E22" w:rsidRPr="007A67C2" w:rsidRDefault="00AE1E22" w:rsidP="00E96741">
      <w:pPr>
        <w:pStyle w:val="Odsekzoznamu"/>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Ak funkcia predsedu alebo podpredsedu nie je obsadená, rada školy bezodkladne zvolí nového predsedu alebo podpredsedu.</w:t>
      </w:r>
    </w:p>
    <w:p w14:paraId="7300BDB0" w14:textId="145C36B6" w:rsidR="00B00F6C" w:rsidRPr="007A67C2" w:rsidRDefault="00AF20EE" w:rsidP="00E96741">
      <w:pPr>
        <w:numPr>
          <w:ilvl w:val="0"/>
          <w:numId w:val="17"/>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 xml:space="preserve">Za predsedu rady školy a podpredsedu rady školy môže byť zvolená iba plnoletá fyzická osoba, ktorá je spôsobilá na právne úkony a je bezúhonná. </w:t>
      </w:r>
    </w:p>
    <w:p w14:paraId="7C05E005" w14:textId="77777777" w:rsidR="00DE713A" w:rsidRPr="007A67C2" w:rsidRDefault="00DE713A" w:rsidP="00086749">
      <w:pPr>
        <w:spacing w:after="0" w:line="240" w:lineRule="auto"/>
        <w:ind w:left="720"/>
        <w:jc w:val="both"/>
        <w:rPr>
          <w:rFonts w:ascii="Times New Roman" w:hAnsi="Times New Roman" w:cs="Times New Roman"/>
          <w:sz w:val="24"/>
          <w:szCs w:val="24"/>
        </w:rPr>
      </w:pPr>
    </w:p>
    <w:p w14:paraId="1CDE09A1" w14:textId="3A6991B8"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9</w:t>
      </w:r>
    </w:p>
    <w:p w14:paraId="6520F3F3" w14:textId="62FCF208"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Zasadnutia rady školy</w:t>
      </w:r>
    </w:p>
    <w:p w14:paraId="45ED9619" w14:textId="77777777" w:rsidR="00086749" w:rsidRPr="007A67C2" w:rsidRDefault="00086749" w:rsidP="00086749">
      <w:pPr>
        <w:spacing w:after="0" w:line="240" w:lineRule="auto"/>
        <w:jc w:val="center"/>
        <w:rPr>
          <w:rFonts w:ascii="Times New Roman" w:hAnsi="Times New Roman" w:cs="Times New Roman"/>
          <w:sz w:val="24"/>
          <w:szCs w:val="24"/>
        </w:rPr>
      </w:pPr>
    </w:p>
    <w:p w14:paraId="3C3BABC9" w14:textId="77777777" w:rsidR="00B00F6C" w:rsidRPr="007A67C2" w:rsidRDefault="00B00F6C" w:rsidP="00E96741">
      <w:pPr>
        <w:pStyle w:val="Odsekzoznamu"/>
        <w:numPr>
          <w:ilvl w:val="0"/>
          <w:numId w:val="18"/>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zasadá podľa potreby, najmenej dvakrát ročne.</w:t>
      </w:r>
    </w:p>
    <w:p w14:paraId="583A172F" w14:textId="77777777" w:rsidR="00B00F6C" w:rsidRPr="007A67C2" w:rsidRDefault="00B00F6C" w:rsidP="00E96741">
      <w:pPr>
        <w:pStyle w:val="Odsekzoznamu"/>
        <w:numPr>
          <w:ilvl w:val="0"/>
          <w:numId w:val="1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Zasadnutie rady školy zvoláva predseda.</w:t>
      </w:r>
    </w:p>
    <w:p w14:paraId="6E723B63" w14:textId="170928D5" w:rsidR="00510B4B" w:rsidRPr="007A67C2" w:rsidRDefault="00510B4B" w:rsidP="00E96741">
      <w:pPr>
        <w:numPr>
          <w:ilvl w:val="0"/>
          <w:numId w:val="18"/>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 xml:space="preserve">Pozvánku na zasadnutie rady školy posiela predseda rady školy ostatným členom rady školy elektronicky emailom </w:t>
      </w:r>
      <w:r w:rsidR="00086749" w:rsidRPr="007A67C2">
        <w:rPr>
          <w:rFonts w:ascii="Times New Roman" w:hAnsi="Times New Roman" w:cs="Times New Roman"/>
          <w:sz w:val="24"/>
          <w:szCs w:val="24"/>
        </w:rPr>
        <w:t xml:space="preserve">zvyčajne </w:t>
      </w:r>
      <w:r w:rsidRPr="007A67C2">
        <w:rPr>
          <w:rFonts w:ascii="Times New Roman" w:hAnsi="Times New Roman" w:cs="Times New Roman"/>
          <w:sz w:val="24"/>
          <w:szCs w:val="24"/>
        </w:rPr>
        <w:t>minimálne 5 dní pred zasadnutím rady školy. Súčasťou pozvánky je program zasadnutia rady školy, podkladové materiály a návrhy uznesení.</w:t>
      </w:r>
    </w:p>
    <w:p w14:paraId="479845C2" w14:textId="77777777" w:rsidR="00B00F6C" w:rsidRPr="007A67C2" w:rsidRDefault="00B00F6C" w:rsidP="00E96741">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Rada školy je uznášaniaschopná, ak je prítomná nadpolovičná väčšina všetkých jej členov.</w:t>
      </w:r>
    </w:p>
    <w:p w14:paraId="37B8FB98" w14:textId="77777777" w:rsidR="00B00F6C" w:rsidRPr="007A67C2" w:rsidRDefault="00B00F6C" w:rsidP="00E96741">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Na prijatie uznesenia je potrebný súhlas nadpolovičnej väčšiny prítomných členov, ak zákon neustanovuje inak.</w:t>
      </w:r>
    </w:p>
    <w:p w14:paraId="4E98C112" w14:textId="77777777" w:rsidR="00B00F6C" w:rsidRPr="007A67C2" w:rsidRDefault="00B00F6C" w:rsidP="00E96741">
      <w:pPr>
        <w:pStyle w:val="Odsekzoznamu"/>
        <w:numPr>
          <w:ilvl w:val="0"/>
          <w:numId w:val="18"/>
        </w:numPr>
        <w:spacing w:after="0" w:line="240" w:lineRule="auto"/>
        <w:ind w:hanging="567"/>
        <w:jc w:val="both"/>
        <w:rPr>
          <w:rFonts w:ascii="Times New Roman" w:hAnsi="Times New Roman" w:cs="Times New Roman"/>
          <w:sz w:val="24"/>
          <w:szCs w:val="24"/>
        </w:rPr>
      </w:pPr>
      <w:r w:rsidRPr="007A67C2">
        <w:rPr>
          <w:rFonts w:ascii="Times New Roman" w:hAnsi="Times New Roman" w:cs="Times New Roman"/>
          <w:sz w:val="24"/>
          <w:szCs w:val="24"/>
        </w:rPr>
        <w:t>Predseda zvolá zasadnutie aj vtedy, ak o to požiada najmenej tretina členov rady školy.</w:t>
      </w:r>
    </w:p>
    <w:p w14:paraId="087F03CE" w14:textId="77777777" w:rsidR="00B00F6C" w:rsidRPr="007A67C2" w:rsidRDefault="00B00F6C" w:rsidP="00DD772D">
      <w:pPr>
        <w:pStyle w:val="Odsekzoznamu"/>
        <w:spacing w:after="0" w:line="240" w:lineRule="auto"/>
        <w:jc w:val="both"/>
        <w:rPr>
          <w:rFonts w:ascii="Times New Roman" w:hAnsi="Times New Roman" w:cs="Times New Roman"/>
          <w:sz w:val="24"/>
          <w:szCs w:val="24"/>
        </w:rPr>
      </w:pPr>
    </w:p>
    <w:p w14:paraId="1F78CD78" w14:textId="1A9FE5BF" w:rsidR="00B00F6C" w:rsidRPr="007A67C2" w:rsidRDefault="00B00F6C" w:rsidP="00086749">
      <w:pPr>
        <w:pStyle w:val="Odsekzoznamu"/>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Čl. </w:t>
      </w:r>
      <w:r w:rsidR="00293E07">
        <w:rPr>
          <w:rFonts w:ascii="Times New Roman" w:hAnsi="Times New Roman" w:cs="Times New Roman"/>
          <w:b/>
          <w:bCs/>
          <w:sz w:val="24"/>
          <w:szCs w:val="24"/>
        </w:rPr>
        <w:t>10</w:t>
      </w:r>
    </w:p>
    <w:p w14:paraId="786F369A" w14:textId="77777777" w:rsidR="00B00F6C" w:rsidRPr="007A67C2" w:rsidRDefault="00B00F6C" w:rsidP="00086749">
      <w:pPr>
        <w:pStyle w:val="Odsekzoznamu"/>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Práva a povinnosti člena rady školy</w:t>
      </w:r>
    </w:p>
    <w:p w14:paraId="0E56FE75" w14:textId="77777777" w:rsidR="00DD772D" w:rsidRPr="007A67C2" w:rsidRDefault="00DD772D" w:rsidP="00086749">
      <w:pPr>
        <w:pStyle w:val="Odsekzoznamu"/>
        <w:spacing w:after="0" w:line="240" w:lineRule="auto"/>
        <w:jc w:val="center"/>
        <w:rPr>
          <w:rFonts w:ascii="Times New Roman" w:hAnsi="Times New Roman" w:cs="Times New Roman"/>
          <w:b/>
          <w:bCs/>
          <w:sz w:val="24"/>
          <w:szCs w:val="24"/>
        </w:rPr>
      </w:pPr>
    </w:p>
    <w:p w14:paraId="78977DDD" w14:textId="039B1A3F" w:rsidR="00B00F6C" w:rsidRPr="007A67C2" w:rsidRDefault="00B00F6C" w:rsidP="00E96741">
      <w:pPr>
        <w:pStyle w:val="Odsekzoznamu"/>
        <w:numPr>
          <w:ilvl w:val="0"/>
          <w:numId w:val="2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Člen rady školy má právo:</w:t>
      </w:r>
    </w:p>
    <w:p w14:paraId="797E8F35" w14:textId="77777777" w:rsidR="00DD772D" w:rsidRPr="007A67C2" w:rsidRDefault="00DD772D" w:rsidP="00E96741">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voliť a byť volený,</w:t>
      </w:r>
    </w:p>
    <w:p w14:paraId="0748D3AD" w14:textId="77777777" w:rsidR="00DD772D" w:rsidRPr="007A67C2" w:rsidRDefault="00DD772D" w:rsidP="00E96741">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navrhovať kandidátov na funkciu predsedu a podpredsedu rady školy,</w:t>
      </w:r>
    </w:p>
    <w:p w14:paraId="0FED4B39" w14:textId="77777777" w:rsidR="00DD772D" w:rsidRPr="007A67C2" w:rsidRDefault="00DD772D" w:rsidP="00E96741">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byť informovaný o všetkých skutočnostiach, ktoré sú predmetom rokovania rady školy a slobodne sa k nim vyjadrovať,</w:t>
      </w:r>
    </w:p>
    <w:p w14:paraId="1D6B861A" w14:textId="77777777" w:rsidR="00DD772D" w:rsidRPr="007A67C2" w:rsidRDefault="00DD772D" w:rsidP="00E96741">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hlasovať ku všetkým uzneseniam rady školy,</w:t>
      </w:r>
    </w:p>
    <w:p w14:paraId="760D5B90" w14:textId="2BDF9CD0" w:rsidR="00DD772D" w:rsidRPr="007A67C2" w:rsidRDefault="00DD772D" w:rsidP="00E96741">
      <w:pPr>
        <w:numPr>
          <w:ilvl w:val="0"/>
          <w:numId w:val="25"/>
        </w:numPr>
        <w:spacing w:after="0" w:line="240" w:lineRule="auto"/>
        <w:ind w:left="851" w:hanging="284"/>
        <w:jc w:val="both"/>
        <w:rPr>
          <w:rFonts w:ascii="Times New Roman" w:hAnsi="Times New Roman" w:cs="Times New Roman"/>
          <w:sz w:val="24"/>
          <w:szCs w:val="24"/>
        </w:rPr>
      </w:pPr>
      <w:r w:rsidRPr="007A67C2">
        <w:rPr>
          <w:rFonts w:ascii="Times New Roman" w:hAnsi="Times New Roman" w:cs="Times New Roman"/>
          <w:sz w:val="24"/>
          <w:szCs w:val="24"/>
        </w:rPr>
        <w:t>predkladať na rokovanie rady školy vlastné námety prípadne materiály.</w:t>
      </w:r>
    </w:p>
    <w:p w14:paraId="00562376" w14:textId="4E6ECBE9" w:rsidR="00DD772D" w:rsidRPr="007A67C2" w:rsidRDefault="00DD772D" w:rsidP="00E96741">
      <w:pPr>
        <w:pStyle w:val="Odsekzoznamu"/>
        <w:numPr>
          <w:ilvl w:val="0"/>
          <w:numId w:val="24"/>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Člen rady školy je povinný zúčastňovať sa jej zasadnutí.</w:t>
      </w:r>
    </w:p>
    <w:p w14:paraId="616FC194" w14:textId="286288CC" w:rsidR="00DD772D" w:rsidRPr="007A67C2" w:rsidRDefault="00DD772D" w:rsidP="00DD772D">
      <w:pPr>
        <w:pStyle w:val="Odsekzoznamu"/>
        <w:spacing w:after="0" w:line="240" w:lineRule="auto"/>
        <w:ind w:left="567"/>
        <w:jc w:val="both"/>
        <w:rPr>
          <w:rFonts w:ascii="Times New Roman" w:hAnsi="Times New Roman" w:cs="Times New Roman"/>
          <w:sz w:val="24"/>
          <w:szCs w:val="24"/>
        </w:rPr>
      </w:pPr>
    </w:p>
    <w:p w14:paraId="2B4E5ECC" w14:textId="77777777" w:rsidR="00B00F6C" w:rsidRDefault="00B00F6C" w:rsidP="00086749">
      <w:pPr>
        <w:pStyle w:val="Odsekzoznamu"/>
        <w:spacing w:after="0" w:line="240" w:lineRule="auto"/>
        <w:rPr>
          <w:rFonts w:ascii="Times New Roman" w:hAnsi="Times New Roman" w:cs="Times New Roman"/>
          <w:b/>
          <w:bCs/>
          <w:sz w:val="24"/>
          <w:szCs w:val="24"/>
        </w:rPr>
      </w:pPr>
    </w:p>
    <w:p w14:paraId="4B04571C" w14:textId="77777777" w:rsidR="009458A4" w:rsidRDefault="009458A4" w:rsidP="00086749">
      <w:pPr>
        <w:pStyle w:val="Odsekzoznamu"/>
        <w:spacing w:after="0" w:line="240" w:lineRule="auto"/>
        <w:rPr>
          <w:rFonts w:ascii="Times New Roman" w:hAnsi="Times New Roman" w:cs="Times New Roman"/>
          <w:b/>
          <w:bCs/>
          <w:sz w:val="24"/>
          <w:szCs w:val="24"/>
        </w:rPr>
      </w:pPr>
    </w:p>
    <w:p w14:paraId="7DE31627" w14:textId="77777777" w:rsidR="009458A4" w:rsidRPr="007A67C2" w:rsidRDefault="009458A4" w:rsidP="00086749">
      <w:pPr>
        <w:pStyle w:val="Odsekzoznamu"/>
        <w:spacing w:after="0" w:line="240" w:lineRule="auto"/>
        <w:rPr>
          <w:rFonts w:ascii="Times New Roman" w:hAnsi="Times New Roman" w:cs="Times New Roman"/>
          <w:b/>
          <w:bCs/>
          <w:sz w:val="24"/>
          <w:szCs w:val="24"/>
        </w:rPr>
      </w:pPr>
    </w:p>
    <w:p w14:paraId="2469C0DE" w14:textId="2F1C4B7D"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lastRenderedPageBreak/>
        <w:t>Čl.</w:t>
      </w:r>
      <w:r w:rsidR="00293E07">
        <w:rPr>
          <w:rFonts w:ascii="Times New Roman" w:hAnsi="Times New Roman" w:cs="Times New Roman"/>
          <w:b/>
          <w:bCs/>
          <w:sz w:val="24"/>
          <w:szCs w:val="24"/>
        </w:rPr>
        <w:t xml:space="preserve"> 11</w:t>
      </w:r>
    </w:p>
    <w:p w14:paraId="0818D1E7" w14:textId="77777777" w:rsidR="00787AB1" w:rsidRPr="007A67C2" w:rsidRDefault="00E96741"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Rokovanie rady školy</w:t>
      </w:r>
    </w:p>
    <w:p w14:paraId="3B3948CF" w14:textId="77777777" w:rsidR="00787AB1" w:rsidRPr="007A67C2" w:rsidRDefault="00787AB1" w:rsidP="00086749">
      <w:pPr>
        <w:spacing w:after="0" w:line="240" w:lineRule="auto"/>
        <w:jc w:val="both"/>
        <w:rPr>
          <w:rFonts w:ascii="Times New Roman" w:hAnsi="Times New Roman" w:cs="Times New Roman"/>
          <w:sz w:val="24"/>
          <w:szCs w:val="24"/>
        </w:rPr>
      </w:pPr>
    </w:p>
    <w:p w14:paraId="6EE3AB7E" w14:textId="77777777" w:rsidR="00DE713A" w:rsidRPr="007A67C2" w:rsidRDefault="00DE713A" w:rsidP="00E96741">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rozhoduje hlasovaním.</w:t>
      </w:r>
    </w:p>
    <w:p w14:paraId="2F36EF25" w14:textId="77777777" w:rsidR="00DE713A" w:rsidRPr="007A67C2" w:rsidRDefault="00DE713A" w:rsidP="00E96741">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Hlasovanie je spravidla verejné; o tajnom hlasovaní rozhodne rada školy.</w:t>
      </w:r>
    </w:p>
    <w:p w14:paraId="69812758" w14:textId="77777777" w:rsidR="00DE713A" w:rsidRPr="007A67C2" w:rsidRDefault="00DE713A" w:rsidP="00E96741">
      <w:pPr>
        <w:pStyle w:val="Odsekzoznamu"/>
        <w:numPr>
          <w:ilvl w:val="0"/>
          <w:numId w:val="19"/>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Rokovanie rady školy sa riadi týmto štatútom a zákonom.</w:t>
      </w:r>
    </w:p>
    <w:p w14:paraId="5BCE9987" w14:textId="652877DA" w:rsidR="00DE713A" w:rsidRPr="007A67C2" w:rsidRDefault="00B00F6C" w:rsidP="00E96741">
      <w:pPr>
        <w:numPr>
          <w:ilvl w:val="0"/>
          <w:numId w:val="19"/>
        </w:numPr>
        <w:spacing w:after="0" w:line="240" w:lineRule="auto"/>
        <w:ind w:left="567" w:hanging="567"/>
        <w:jc w:val="both"/>
        <w:rPr>
          <w:rFonts w:ascii="Times New Roman" w:hAnsi="Times New Roman" w:cs="Times New Roman"/>
          <w:b/>
          <w:bCs/>
          <w:sz w:val="24"/>
          <w:szCs w:val="24"/>
        </w:rPr>
      </w:pPr>
      <w:r w:rsidRPr="007A67C2">
        <w:rPr>
          <w:rFonts w:ascii="Times New Roman" w:hAnsi="Times New Roman" w:cs="Times New Roman"/>
          <w:sz w:val="24"/>
          <w:szCs w:val="24"/>
        </w:rPr>
        <w:t xml:space="preserve">Zasadnutie rady školy možno v odôvodnených prípadoch uskutočniť aj prostredníctvom videokonferencie alebo inými prostriedkami informačnej a komunikačnej technológie po predchádzajúcom odsúhlasení členov rady školy bez fyzickej prítomnosti vrátane tajného hlasovania, ak to technické podmienky umožňujú, najmä formou zasadnutia a hlasovania prostredníctvom emailovej komunikácie („per </w:t>
      </w:r>
      <w:proofErr w:type="spellStart"/>
      <w:r w:rsidRPr="007A67C2">
        <w:rPr>
          <w:rFonts w:ascii="Times New Roman" w:hAnsi="Times New Roman" w:cs="Times New Roman"/>
          <w:sz w:val="24"/>
          <w:szCs w:val="24"/>
        </w:rPr>
        <w:t>rollam</w:t>
      </w:r>
      <w:proofErr w:type="spellEnd"/>
      <w:r w:rsidRPr="007A67C2">
        <w:rPr>
          <w:rFonts w:ascii="Times New Roman" w:hAnsi="Times New Roman" w:cs="Times New Roman"/>
          <w:sz w:val="24"/>
          <w:szCs w:val="24"/>
        </w:rPr>
        <w:t xml:space="preserve">“). </w:t>
      </w:r>
    </w:p>
    <w:p w14:paraId="22E5CE4F" w14:textId="3E1446ED" w:rsidR="00DE713A" w:rsidRPr="007A67C2" w:rsidRDefault="00DE713A" w:rsidP="00E96741">
      <w:pPr>
        <w:numPr>
          <w:ilvl w:val="0"/>
          <w:numId w:val="19"/>
        </w:numPr>
        <w:spacing w:after="0" w:line="240" w:lineRule="auto"/>
        <w:ind w:left="567" w:hanging="567"/>
        <w:jc w:val="both"/>
        <w:rPr>
          <w:rFonts w:ascii="Times New Roman" w:hAnsi="Times New Roman" w:cs="Times New Roman"/>
          <w:b/>
          <w:bCs/>
          <w:sz w:val="24"/>
          <w:szCs w:val="24"/>
        </w:rPr>
      </w:pPr>
      <w:r w:rsidRPr="007A67C2">
        <w:rPr>
          <w:rFonts w:ascii="Times New Roman" w:hAnsi="Times New Roman" w:cs="Times New Roman"/>
          <w:sz w:val="24"/>
          <w:szCs w:val="24"/>
        </w:rPr>
        <w:t xml:space="preserve">Rada školy je schopná uznášať sa per </w:t>
      </w:r>
      <w:proofErr w:type="spellStart"/>
      <w:r w:rsidRPr="007A67C2">
        <w:rPr>
          <w:rFonts w:ascii="Times New Roman" w:hAnsi="Times New Roman" w:cs="Times New Roman"/>
          <w:sz w:val="24"/>
          <w:szCs w:val="24"/>
        </w:rPr>
        <w:t>rollam</w:t>
      </w:r>
      <w:proofErr w:type="spellEnd"/>
      <w:r w:rsidRPr="007A67C2">
        <w:rPr>
          <w:rFonts w:ascii="Times New Roman" w:hAnsi="Times New Roman" w:cs="Times New Roman"/>
          <w:sz w:val="24"/>
          <w:szCs w:val="24"/>
        </w:rPr>
        <w:t xml:space="preserve">, ak sa na takomto zasadnutí zúčastní nadpolovičná väčšina všetkých členov rady školy. </w:t>
      </w:r>
    </w:p>
    <w:p w14:paraId="1ADA0D6F" w14:textId="77777777" w:rsidR="00DE713A" w:rsidRPr="007A67C2" w:rsidRDefault="00DE713A" w:rsidP="00086749">
      <w:pPr>
        <w:tabs>
          <w:tab w:val="left" w:pos="426"/>
        </w:tabs>
        <w:spacing w:after="0" w:line="240" w:lineRule="auto"/>
        <w:ind w:left="360"/>
        <w:jc w:val="both"/>
        <w:rPr>
          <w:rFonts w:ascii="Times New Roman" w:hAnsi="Times New Roman" w:cs="Times New Roman"/>
          <w:b/>
          <w:bCs/>
          <w:sz w:val="24"/>
          <w:szCs w:val="24"/>
        </w:rPr>
      </w:pPr>
    </w:p>
    <w:p w14:paraId="1D1A98CC" w14:textId="2A703E8C" w:rsidR="00B00F6C" w:rsidRPr="007A67C2" w:rsidRDefault="00B00F6C" w:rsidP="00086749">
      <w:pPr>
        <w:tabs>
          <w:tab w:val="left" w:pos="426"/>
        </w:tabs>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2</w:t>
      </w:r>
    </w:p>
    <w:p w14:paraId="20648DB2" w14:textId="77777777"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Vedenie dokumentácie zo zasadnutia rady školy,</w:t>
      </w:r>
    </w:p>
    <w:p w14:paraId="4C9CB95C" w14:textId="77777777" w:rsidR="00B00F6C" w:rsidRPr="007A67C2" w:rsidRDefault="00B00F6C"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spôsob a miesto jej uloženia</w:t>
      </w:r>
    </w:p>
    <w:p w14:paraId="326E83C5" w14:textId="77777777" w:rsidR="002D2F8D" w:rsidRPr="007A67C2" w:rsidRDefault="002D2F8D" w:rsidP="00086749">
      <w:pPr>
        <w:spacing w:after="0" w:line="240" w:lineRule="auto"/>
        <w:jc w:val="center"/>
        <w:rPr>
          <w:rFonts w:ascii="Times New Roman" w:hAnsi="Times New Roman" w:cs="Times New Roman"/>
          <w:b/>
          <w:bCs/>
          <w:sz w:val="24"/>
          <w:szCs w:val="24"/>
        </w:rPr>
      </w:pPr>
    </w:p>
    <w:p w14:paraId="1112107A" w14:textId="77777777" w:rsidR="002D2F8D" w:rsidRPr="007A67C2" w:rsidRDefault="002D2F8D" w:rsidP="00E96741">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Pozvánku na zasadnutie rady školy posiela predseda rady školy ostatným členom rady školy elektronicky emailom minimálne 5 dní pred zasadnutím rady školy. Súčasťou pozvánky je program zasadnutia rady školy, podkladové materiály a návrhy uznesení.</w:t>
      </w:r>
    </w:p>
    <w:p w14:paraId="466350C1" w14:textId="77777777" w:rsidR="002D2F8D" w:rsidRPr="007A67C2" w:rsidRDefault="00B00F6C" w:rsidP="00E96741">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bCs/>
          <w:sz w:val="24"/>
          <w:szCs w:val="24"/>
        </w:rPr>
        <w:t>Z </w:t>
      </w:r>
      <w:r w:rsidRPr="007A67C2">
        <w:rPr>
          <w:rFonts w:ascii="Times New Roman" w:hAnsi="Times New Roman" w:cs="Times New Roman"/>
          <w:sz w:val="24"/>
          <w:szCs w:val="24"/>
        </w:rPr>
        <w:t xml:space="preserve">každého zasadnutia rady školy sa vyhotoví zápisnica a prezenčná listina, za čo zodpovedá predseda rady školy. </w:t>
      </w:r>
    </w:p>
    <w:p w14:paraId="25D05F47" w14:textId="77777777" w:rsidR="002D2F8D" w:rsidRPr="007A67C2" w:rsidRDefault="002D2F8D" w:rsidP="00E96741">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Zápisnica obsahuje najmä priebeh rokovania, prijaté uznesenia a výsledky hlasovania.</w:t>
      </w:r>
    </w:p>
    <w:p w14:paraId="3F2452B6" w14:textId="77777777" w:rsidR="002D2F8D" w:rsidRPr="007A67C2" w:rsidRDefault="002D2F8D" w:rsidP="00E96741">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Zverejňovanie zápisníc sa vykonáva v súlade s osobitnými predpismi</w:t>
      </w:r>
    </w:p>
    <w:p w14:paraId="2A2821D8" w14:textId="4959F490" w:rsidR="002D2F8D" w:rsidRPr="007A67C2" w:rsidRDefault="002D2F8D" w:rsidP="00E96741">
      <w:pPr>
        <w:pStyle w:val="Odsekzoznamu"/>
        <w:numPr>
          <w:ilvl w:val="0"/>
          <w:numId w:val="20"/>
        </w:numPr>
        <w:spacing w:after="0" w:line="240" w:lineRule="auto"/>
        <w:ind w:left="426"/>
        <w:jc w:val="both"/>
        <w:rPr>
          <w:rFonts w:ascii="Times New Roman" w:hAnsi="Times New Roman" w:cs="Times New Roman"/>
          <w:sz w:val="24"/>
          <w:szCs w:val="24"/>
        </w:rPr>
      </w:pPr>
      <w:r w:rsidRPr="007A67C2">
        <w:rPr>
          <w:rFonts w:ascii="Times New Roman" w:hAnsi="Times New Roman" w:cs="Times New Roman"/>
          <w:sz w:val="24"/>
          <w:szCs w:val="24"/>
        </w:rPr>
        <w:t>Písomné vyhotovenie uznesenia obsahuje najmä</w:t>
      </w:r>
    </w:p>
    <w:p w14:paraId="60A71C94" w14:textId="77777777" w:rsidR="002D2F8D" w:rsidRPr="007A67C2" w:rsidRDefault="002D2F8D" w:rsidP="00E96741">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jednoznačný text prijatého rozhodnutia rady školy,</w:t>
      </w:r>
    </w:p>
    <w:p w14:paraId="0600540D" w14:textId="77777777" w:rsidR="002D2F8D" w:rsidRPr="007A67C2" w:rsidRDefault="002D2F8D" w:rsidP="00E96741">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deň, čas a miesto konania zasadnutia rady školy,</w:t>
      </w:r>
    </w:p>
    <w:p w14:paraId="55A53AFB" w14:textId="77777777" w:rsidR="002D2F8D" w:rsidRPr="007A67C2" w:rsidRDefault="002D2F8D" w:rsidP="00E96741">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hlasovanie – počet prítomných členov, počet hlasov za, počet hlasov proti a počet členov, ktorí sa zdržali hlasovania,</w:t>
      </w:r>
    </w:p>
    <w:p w14:paraId="3ED49B3B" w14:textId="77777777" w:rsidR="002D2F8D" w:rsidRPr="007A67C2" w:rsidRDefault="002D2F8D" w:rsidP="00E96741">
      <w:pPr>
        <w:pStyle w:val="Odsekzoznamu"/>
        <w:widowControl w:val="0"/>
        <w:numPr>
          <w:ilvl w:val="0"/>
          <w:numId w:val="16"/>
        </w:numPr>
        <w:autoSpaceDE w:val="0"/>
        <w:autoSpaceDN w:val="0"/>
        <w:spacing w:after="0" w:line="240" w:lineRule="auto"/>
        <w:ind w:hanging="357"/>
        <w:contextualSpacing w:val="0"/>
        <w:jc w:val="both"/>
        <w:textAlignment w:val="baseline"/>
        <w:rPr>
          <w:rFonts w:ascii="Times New Roman" w:hAnsi="Times New Roman" w:cs="Times New Roman"/>
          <w:sz w:val="24"/>
          <w:szCs w:val="24"/>
        </w:rPr>
      </w:pPr>
      <w:r w:rsidRPr="007A67C2">
        <w:rPr>
          <w:rFonts w:ascii="Times New Roman" w:hAnsi="Times New Roman" w:cs="Times New Roman"/>
          <w:sz w:val="24"/>
          <w:szCs w:val="24"/>
        </w:rPr>
        <w:t>podpis predsedu rady školy.</w:t>
      </w:r>
    </w:p>
    <w:p w14:paraId="0EECD109" w14:textId="77777777" w:rsidR="002D2F8D" w:rsidRPr="007A67C2" w:rsidRDefault="002D2F8D" w:rsidP="00086749">
      <w:pPr>
        <w:spacing w:after="0" w:line="240" w:lineRule="auto"/>
        <w:rPr>
          <w:rFonts w:ascii="Times New Roman" w:hAnsi="Times New Roman" w:cs="Times New Roman"/>
          <w:b/>
          <w:bCs/>
          <w:sz w:val="24"/>
          <w:szCs w:val="24"/>
        </w:rPr>
      </w:pPr>
    </w:p>
    <w:p w14:paraId="0DFB5E99" w14:textId="7AC4F29C"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3</w:t>
      </w:r>
    </w:p>
    <w:p w14:paraId="7F68DEBB"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 xml:space="preserve">Osobitné ustanovenie v čase krízovej situácie </w:t>
      </w:r>
    </w:p>
    <w:p w14:paraId="5F228283" w14:textId="77777777" w:rsidR="00DD772D" w:rsidRPr="007A67C2" w:rsidRDefault="00DD772D" w:rsidP="00086749">
      <w:pPr>
        <w:spacing w:after="0" w:line="240" w:lineRule="auto"/>
        <w:jc w:val="center"/>
        <w:rPr>
          <w:rFonts w:ascii="Times New Roman" w:hAnsi="Times New Roman" w:cs="Times New Roman"/>
          <w:b/>
          <w:bCs/>
          <w:sz w:val="24"/>
          <w:szCs w:val="24"/>
        </w:rPr>
      </w:pPr>
    </w:p>
    <w:p w14:paraId="7535B340" w14:textId="071F39F5" w:rsidR="002D2F8D" w:rsidRPr="007A67C2" w:rsidRDefault="002D2F8D" w:rsidP="00E96741">
      <w:pPr>
        <w:pStyle w:val="Odsekzoznamu"/>
        <w:numPr>
          <w:ilvl w:val="0"/>
          <w:numId w:val="23"/>
        </w:numPr>
        <w:spacing w:after="0" w:line="240" w:lineRule="auto"/>
        <w:ind w:left="567" w:hanging="567"/>
        <w:jc w:val="both"/>
        <w:rPr>
          <w:rFonts w:ascii="Times New Roman" w:hAnsi="Times New Roman" w:cs="Times New Roman"/>
          <w:sz w:val="24"/>
          <w:szCs w:val="24"/>
        </w:rPr>
      </w:pPr>
      <w:r w:rsidRPr="007A67C2">
        <w:rPr>
          <w:rFonts w:ascii="Times New Roman" w:hAnsi="Times New Roman" w:cs="Times New Roman"/>
          <w:sz w:val="24"/>
          <w:szCs w:val="24"/>
        </w:rPr>
        <w:t>Ak počas mimoriadnej situácie, núdzového stavu alebo výnimočného stavu technické podmienky neumožnia zriaďovateľovi ustanovenie rady školy v lehote podľa § 6 ods. 4 zákona na ustanovení rady školy spolupracuje so zriaďovateľom aj príslušný regionálny úrad.</w:t>
      </w:r>
    </w:p>
    <w:p w14:paraId="282AA041" w14:textId="77777777" w:rsidR="002D2F8D" w:rsidRPr="007A67C2" w:rsidRDefault="002D2F8D" w:rsidP="00E96741">
      <w:pPr>
        <w:pStyle w:val="Odsekzoznamu"/>
        <w:numPr>
          <w:ilvl w:val="0"/>
          <w:numId w:val="23"/>
        </w:numPr>
        <w:spacing w:after="0" w:line="240" w:lineRule="auto"/>
        <w:ind w:left="567" w:hanging="567"/>
        <w:contextualSpacing w:val="0"/>
        <w:jc w:val="both"/>
        <w:rPr>
          <w:rFonts w:ascii="Times New Roman" w:hAnsi="Times New Roman" w:cs="Times New Roman"/>
          <w:sz w:val="24"/>
          <w:szCs w:val="24"/>
        </w:rPr>
      </w:pPr>
      <w:r w:rsidRPr="007A67C2">
        <w:rPr>
          <w:rFonts w:ascii="Times New Roman" w:hAnsi="Times New Roman" w:cs="Times New Roman"/>
          <w:sz w:val="24"/>
          <w:szCs w:val="24"/>
        </w:rPr>
        <w:t>Funkčné obdobie rady školy, ktoré uplynie v čase krízovej situácie, sa skončí uplynutím posledného dňa tretieho kalendárneho mesiaca po skončení krízovej situácie, ak technické podmienky neumožňujú ustanoviť novú radu školy. Ak sa počas tohto obdobia ustanoví nová rada školy, funkčné obdobie doterajšej rady školy uplynie dňom nasledujúcim po dni, v ktorom bola ustanovená nová rada školy.</w:t>
      </w:r>
    </w:p>
    <w:p w14:paraId="0821A674" w14:textId="77777777" w:rsidR="002D2F8D" w:rsidRPr="007A67C2" w:rsidRDefault="002D2F8D" w:rsidP="00086749">
      <w:pPr>
        <w:spacing w:after="0" w:line="240" w:lineRule="auto"/>
        <w:rPr>
          <w:rFonts w:ascii="Times New Roman" w:hAnsi="Times New Roman" w:cs="Times New Roman"/>
          <w:b/>
          <w:bCs/>
          <w:sz w:val="24"/>
          <w:szCs w:val="24"/>
        </w:rPr>
      </w:pPr>
    </w:p>
    <w:p w14:paraId="520A18C1" w14:textId="355357BF"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4</w:t>
      </w:r>
    </w:p>
    <w:p w14:paraId="68647E66"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Finančné zabezpečenie</w:t>
      </w:r>
    </w:p>
    <w:p w14:paraId="42034CFA" w14:textId="77777777" w:rsidR="00DD772D" w:rsidRPr="007A67C2" w:rsidRDefault="00DD772D" w:rsidP="00086749">
      <w:pPr>
        <w:spacing w:after="0" w:line="240" w:lineRule="auto"/>
        <w:jc w:val="center"/>
        <w:rPr>
          <w:rFonts w:ascii="Times New Roman" w:hAnsi="Times New Roman" w:cs="Times New Roman"/>
          <w:sz w:val="24"/>
          <w:szCs w:val="24"/>
        </w:rPr>
      </w:pPr>
    </w:p>
    <w:p w14:paraId="72520A89" w14:textId="77777777" w:rsidR="002D2F8D" w:rsidRPr="007A67C2" w:rsidRDefault="002D2F8D" w:rsidP="00E96741">
      <w:pPr>
        <w:pStyle w:val="Odsekzoznamu"/>
        <w:numPr>
          <w:ilvl w:val="0"/>
          <w:numId w:val="21"/>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Rada školy nemá vlastný majetok.</w:t>
      </w:r>
    </w:p>
    <w:p w14:paraId="506B10CC" w14:textId="77777777" w:rsidR="002D2F8D" w:rsidRPr="007A67C2" w:rsidRDefault="002D2F8D" w:rsidP="00E96741">
      <w:pPr>
        <w:pStyle w:val="Odsekzoznamu"/>
        <w:numPr>
          <w:ilvl w:val="0"/>
          <w:numId w:val="21"/>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lastRenderedPageBreak/>
        <w:t>Činnosť rady školy je zabezpečovaná v rámci rozpočtu školy.</w:t>
      </w:r>
    </w:p>
    <w:p w14:paraId="311411D4" w14:textId="77777777" w:rsidR="002D2F8D" w:rsidRPr="007A67C2" w:rsidRDefault="002D2F8D" w:rsidP="00086749">
      <w:pPr>
        <w:spacing w:after="0" w:line="240" w:lineRule="auto"/>
        <w:rPr>
          <w:rFonts w:ascii="Times New Roman" w:hAnsi="Times New Roman" w:cs="Times New Roman"/>
          <w:b/>
          <w:bCs/>
          <w:sz w:val="24"/>
          <w:szCs w:val="24"/>
        </w:rPr>
      </w:pPr>
    </w:p>
    <w:p w14:paraId="367032A8" w14:textId="6DB5DE89"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Čl. 1</w:t>
      </w:r>
      <w:r w:rsidR="00293E07">
        <w:rPr>
          <w:rFonts w:ascii="Times New Roman" w:hAnsi="Times New Roman" w:cs="Times New Roman"/>
          <w:b/>
          <w:bCs/>
          <w:sz w:val="24"/>
          <w:szCs w:val="24"/>
        </w:rPr>
        <w:t>5</w:t>
      </w:r>
    </w:p>
    <w:p w14:paraId="09543AFD" w14:textId="77777777" w:rsidR="002D2F8D" w:rsidRPr="007A67C2" w:rsidRDefault="002D2F8D" w:rsidP="00086749">
      <w:pPr>
        <w:spacing w:after="0" w:line="240" w:lineRule="auto"/>
        <w:jc w:val="center"/>
        <w:rPr>
          <w:rFonts w:ascii="Times New Roman" w:hAnsi="Times New Roman" w:cs="Times New Roman"/>
          <w:b/>
          <w:bCs/>
          <w:sz w:val="24"/>
          <w:szCs w:val="24"/>
        </w:rPr>
      </w:pPr>
      <w:r w:rsidRPr="007A67C2">
        <w:rPr>
          <w:rFonts w:ascii="Times New Roman" w:hAnsi="Times New Roman" w:cs="Times New Roman"/>
          <w:b/>
          <w:bCs/>
          <w:sz w:val="24"/>
          <w:szCs w:val="24"/>
        </w:rPr>
        <w:t>Záverečné ustanovenia</w:t>
      </w:r>
    </w:p>
    <w:p w14:paraId="149B043B" w14:textId="77777777" w:rsidR="00DD772D" w:rsidRPr="007A67C2" w:rsidRDefault="00DD772D" w:rsidP="00086749">
      <w:pPr>
        <w:spacing w:after="0" w:line="240" w:lineRule="auto"/>
        <w:jc w:val="center"/>
        <w:rPr>
          <w:rFonts w:ascii="Times New Roman" w:hAnsi="Times New Roman" w:cs="Times New Roman"/>
          <w:sz w:val="24"/>
          <w:szCs w:val="24"/>
        </w:rPr>
      </w:pPr>
    </w:p>
    <w:p w14:paraId="5EA67D03" w14:textId="77777777" w:rsidR="00DE713A" w:rsidRPr="007A67C2" w:rsidRDefault="00DE713A" w:rsidP="00E96741">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Tento štatút schvaľuje rada školy.</w:t>
      </w:r>
    </w:p>
    <w:p w14:paraId="3416CF1B" w14:textId="77777777" w:rsidR="00DE713A" w:rsidRPr="007A67C2" w:rsidRDefault="00DE713A" w:rsidP="00E96741">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Štatút nadobúda účinnosť dňom jeho schválenia.</w:t>
      </w:r>
    </w:p>
    <w:p w14:paraId="6A1411AD" w14:textId="77777777" w:rsidR="00DE713A" w:rsidRPr="007A67C2" w:rsidRDefault="00DE713A" w:rsidP="00E96741">
      <w:pPr>
        <w:pStyle w:val="Odsekzoznamu"/>
        <w:numPr>
          <w:ilvl w:val="0"/>
          <w:numId w:val="22"/>
        </w:numPr>
        <w:spacing w:after="0" w:line="240" w:lineRule="auto"/>
        <w:ind w:left="567" w:hanging="567"/>
        <w:rPr>
          <w:rFonts w:ascii="Times New Roman" w:hAnsi="Times New Roman" w:cs="Times New Roman"/>
          <w:sz w:val="24"/>
          <w:szCs w:val="24"/>
        </w:rPr>
      </w:pPr>
      <w:r w:rsidRPr="007A67C2">
        <w:rPr>
          <w:rFonts w:ascii="Times New Roman" w:hAnsi="Times New Roman" w:cs="Times New Roman"/>
          <w:sz w:val="24"/>
          <w:szCs w:val="24"/>
        </w:rPr>
        <w:t>Zmeny a doplnenia štatútu schvaľuje rada školy.</w:t>
      </w:r>
    </w:p>
    <w:p w14:paraId="0D9131B1" w14:textId="77777777" w:rsidR="00E30B94" w:rsidRPr="007A67C2" w:rsidRDefault="00E30B94" w:rsidP="00086749">
      <w:pPr>
        <w:spacing w:after="0" w:line="240" w:lineRule="auto"/>
        <w:jc w:val="center"/>
        <w:rPr>
          <w:rFonts w:ascii="Times New Roman" w:hAnsi="Times New Roman" w:cs="Times New Roman"/>
          <w:sz w:val="24"/>
          <w:szCs w:val="24"/>
        </w:rPr>
      </w:pPr>
    </w:p>
    <w:p w14:paraId="4E8EC8EF" w14:textId="77777777" w:rsidR="00AD05E8" w:rsidRPr="007A67C2" w:rsidRDefault="00AD05E8" w:rsidP="00086749">
      <w:pPr>
        <w:spacing w:after="0" w:line="240" w:lineRule="auto"/>
        <w:jc w:val="center"/>
        <w:rPr>
          <w:rFonts w:ascii="Times New Roman" w:hAnsi="Times New Roman" w:cs="Times New Roman"/>
          <w:sz w:val="24"/>
          <w:szCs w:val="24"/>
        </w:rPr>
      </w:pPr>
    </w:p>
    <w:p w14:paraId="04A237A2" w14:textId="77777777" w:rsidR="00AD05E8" w:rsidRPr="007A67C2" w:rsidRDefault="00AD05E8" w:rsidP="00086749">
      <w:pPr>
        <w:spacing w:after="0" w:line="240" w:lineRule="auto"/>
        <w:jc w:val="center"/>
        <w:rPr>
          <w:rFonts w:ascii="Times New Roman" w:hAnsi="Times New Roman" w:cs="Times New Roman"/>
          <w:sz w:val="24"/>
          <w:szCs w:val="24"/>
        </w:rPr>
      </w:pPr>
    </w:p>
    <w:p w14:paraId="628B5579" w14:textId="77777777" w:rsidR="00AD05E8" w:rsidRPr="007A67C2" w:rsidRDefault="00AD05E8" w:rsidP="00086749">
      <w:pPr>
        <w:spacing w:after="0" w:line="240" w:lineRule="auto"/>
        <w:jc w:val="center"/>
        <w:rPr>
          <w:rFonts w:ascii="Times New Roman" w:hAnsi="Times New Roman" w:cs="Times New Roman"/>
          <w:sz w:val="24"/>
          <w:szCs w:val="24"/>
        </w:rPr>
      </w:pPr>
    </w:p>
    <w:p w14:paraId="1519EFA9" w14:textId="77777777" w:rsidR="00AD05E8" w:rsidRPr="007A67C2" w:rsidRDefault="00AD05E8" w:rsidP="00086749">
      <w:pPr>
        <w:spacing w:after="0" w:line="240" w:lineRule="auto"/>
        <w:rPr>
          <w:rFonts w:ascii="Times New Roman" w:hAnsi="Times New Roman" w:cs="Times New Roman"/>
          <w:sz w:val="24"/>
          <w:szCs w:val="24"/>
        </w:rPr>
      </w:pPr>
    </w:p>
    <w:p w14:paraId="27D40D9A" w14:textId="77777777" w:rsidR="00AD05E8" w:rsidRPr="007A67C2" w:rsidRDefault="00AD05E8" w:rsidP="00086749">
      <w:pPr>
        <w:spacing w:after="0" w:line="240" w:lineRule="auto"/>
        <w:jc w:val="center"/>
        <w:rPr>
          <w:rFonts w:ascii="Times New Roman" w:hAnsi="Times New Roman" w:cs="Times New Roman"/>
          <w:sz w:val="24"/>
          <w:szCs w:val="24"/>
        </w:rPr>
      </w:pPr>
    </w:p>
    <w:p w14:paraId="570F8A8E" w14:textId="77777777" w:rsidR="009458A4" w:rsidRDefault="00E30B94" w:rsidP="00086749">
      <w:pPr>
        <w:spacing w:after="0" w:line="240" w:lineRule="auto"/>
        <w:jc w:val="both"/>
        <w:rPr>
          <w:rFonts w:ascii="Times New Roman" w:hAnsi="Times New Roman" w:cs="Times New Roman"/>
          <w:sz w:val="24"/>
          <w:szCs w:val="24"/>
        </w:rPr>
      </w:pPr>
      <w:r w:rsidRPr="007A67C2">
        <w:rPr>
          <w:rFonts w:ascii="Times New Roman" w:hAnsi="Times New Roman" w:cs="Times New Roman"/>
          <w:sz w:val="24"/>
          <w:szCs w:val="24"/>
        </w:rPr>
        <w:t>V</w:t>
      </w:r>
      <w:r w:rsidR="009458A4">
        <w:rPr>
          <w:rFonts w:ascii="Times New Roman" w:hAnsi="Times New Roman" w:cs="Times New Roman"/>
          <w:sz w:val="24"/>
          <w:szCs w:val="24"/>
        </w:rPr>
        <w:t xml:space="preserve"> Dunajskej Strede, dňa:  13.05.2026  </w:t>
      </w:r>
    </w:p>
    <w:p w14:paraId="4C5A0EC3" w14:textId="06EEE7AF" w:rsidR="00E30B94" w:rsidRPr="007A67C2" w:rsidRDefault="009458A4" w:rsidP="000867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0B94" w:rsidRPr="007A67C2">
        <w:rPr>
          <w:rFonts w:ascii="Times New Roman" w:hAnsi="Times New Roman" w:cs="Times New Roman"/>
          <w:sz w:val="24"/>
          <w:szCs w:val="24"/>
        </w:rPr>
        <w:t xml:space="preserve">       </w:t>
      </w:r>
      <w:r w:rsidR="00DE713A" w:rsidRPr="007A67C2">
        <w:rPr>
          <w:rFonts w:ascii="Times New Roman" w:hAnsi="Times New Roman" w:cs="Times New Roman"/>
          <w:sz w:val="24"/>
          <w:szCs w:val="24"/>
        </w:rPr>
        <w:t xml:space="preserve">                           </w:t>
      </w:r>
      <w:r>
        <w:rPr>
          <w:rFonts w:ascii="Times New Roman" w:hAnsi="Times New Roman" w:cs="Times New Roman"/>
          <w:sz w:val="24"/>
          <w:szCs w:val="24"/>
        </w:rPr>
        <w:t xml:space="preserve">                                      </w:t>
      </w:r>
      <w:r w:rsidR="00DE713A" w:rsidRPr="007A67C2">
        <w:rPr>
          <w:rFonts w:ascii="Times New Roman" w:hAnsi="Times New Roman" w:cs="Times New Roman"/>
          <w:sz w:val="24"/>
          <w:szCs w:val="24"/>
        </w:rPr>
        <w:t xml:space="preserve"> </w:t>
      </w:r>
      <w:r w:rsidR="00E30B94" w:rsidRPr="007A67C2">
        <w:rPr>
          <w:rFonts w:ascii="Times New Roman" w:hAnsi="Times New Roman" w:cs="Times New Roman"/>
          <w:sz w:val="24"/>
          <w:szCs w:val="24"/>
        </w:rPr>
        <w:t>.........................................................</w:t>
      </w:r>
    </w:p>
    <w:p w14:paraId="2544860D" w14:textId="39AE671A" w:rsidR="00787AB1" w:rsidRPr="007A67C2" w:rsidRDefault="00E30B94" w:rsidP="00086749">
      <w:pPr>
        <w:spacing w:after="0" w:line="240" w:lineRule="auto"/>
        <w:ind w:left="4956"/>
        <w:jc w:val="both"/>
        <w:rPr>
          <w:rFonts w:ascii="Times New Roman" w:hAnsi="Times New Roman" w:cs="Times New Roman"/>
          <w:sz w:val="24"/>
          <w:szCs w:val="24"/>
        </w:rPr>
      </w:pPr>
      <w:r w:rsidRPr="007A67C2">
        <w:rPr>
          <w:rFonts w:ascii="Times New Roman" w:hAnsi="Times New Roman" w:cs="Times New Roman"/>
          <w:sz w:val="24"/>
          <w:szCs w:val="24"/>
        </w:rPr>
        <w:t xml:space="preserve">      </w:t>
      </w:r>
      <w:r w:rsidR="009458A4">
        <w:rPr>
          <w:rFonts w:ascii="Times New Roman" w:hAnsi="Times New Roman" w:cs="Times New Roman"/>
          <w:sz w:val="24"/>
          <w:szCs w:val="24"/>
        </w:rPr>
        <w:t xml:space="preserve">         </w:t>
      </w:r>
      <w:r w:rsidRPr="007A67C2">
        <w:rPr>
          <w:rFonts w:ascii="Times New Roman" w:hAnsi="Times New Roman" w:cs="Times New Roman"/>
          <w:sz w:val="24"/>
          <w:szCs w:val="24"/>
        </w:rPr>
        <w:t xml:space="preserve"> podpis predsedu rady školy </w:t>
      </w:r>
    </w:p>
    <w:sectPr w:rsidR="00787AB1" w:rsidRPr="007A67C2" w:rsidSect="00DE713A">
      <w:pgSz w:w="12240" w:h="15840"/>
      <w:pgMar w:top="851" w:right="1467" w:bottom="127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19750" w14:textId="77777777" w:rsidR="00E96741" w:rsidRPr="00DE713A" w:rsidRDefault="00E96741" w:rsidP="00E557AB">
      <w:pPr>
        <w:spacing w:after="0" w:line="240" w:lineRule="auto"/>
      </w:pPr>
      <w:r w:rsidRPr="00DE713A">
        <w:separator/>
      </w:r>
    </w:p>
  </w:endnote>
  <w:endnote w:type="continuationSeparator" w:id="0">
    <w:p w14:paraId="1CD7CB22" w14:textId="77777777" w:rsidR="00E96741" w:rsidRPr="00DE713A" w:rsidRDefault="00E96741" w:rsidP="00E557AB">
      <w:pPr>
        <w:spacing w:after="0" w:line="240" w:lineRule="auto"/>
      </w:pPr>
      <w:r w:rsidRPr="00DE7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B4DC" w14:textId="77777777" w:rsidR="00E96741" w:rsidRPr="00DE713A" w:rsidRDefault="00E96741" w:rsidP="00E557AB">
      <w:pPr>
        <w:spacing w:after="0" w:line="240" w:lineRule="auto"/>
      </w:pPr>
      <w:r w:rsidRPr="00DE713A">
        <w:separator/>
      </w:r>
    </w:p>
  </w:footnote>
  <w:footnote w:type="continuationSeparator" w:id="0">
    <w:p w14:paraId="44AF6EE0" w14:textId="77777777" w:rsidR="00E96741" w:rsidRPr="00DE713A" w:rsidRDefault="00E96741" w:rsidP="00E557AB">
      <w:pPr>
        <w:spacing w:after="0" w:line="240" w:lineRule="auto"/>
      </w:pPr>
      <w:r w:rsidRPr="00DE713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9F066CB"/>
    <w:multiLevelType w:val="hybridMultilevel"/>
    <w:tmpl w:val="5ADC1830"/>
    <w:lvl w:ilvl="0" w:tplc="700E5ECA">
      <w:start w:val="1"/>
      <w:numFmt w:val="decimal"/>
      <w:lvlText w:val="(%1)"/>
      <w:lvlJc w:val="left"/>
      <w:pPr>
        <w:ind w:left="360" w:hanging="360"/>
      </w:pPr>
      <w:rPr>
        <w:rFonts w:cs="Times New Roman" w:hint="default"/>
        <w:b w:val="0"/>
        <w:bCs w:val="0"/>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B1F5CC3"/>
    <w:multiLevelType w:val="hybridMultilevel"/>
    <w:tmpl w:val="3D242278"/>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BC13C5"/>
    <w:multiLevelType w:val="hybridMultilevel"/>
    <w:tmpl w:val="C1C07ECA"/>
    <w:lvl w:ilvl="0" w:tplc="B8FAF922">
      <w:start w:val="1"/>
      <w:numFmt w:val="lowerLetter"/>
      <w:lvlText w:val="%1)"/>
      <w:lvlJc w:val="left"/>
      <w:pPr>
        <w:ind w:left="720" w:hanging="360"/>
      </w:pPr>
      <w:rPr>
        <w:rFonts w:ascii="Arial" w:hAnsi="Arial" w:cs="Palatino Linotype" w:hint="default"/>
        <w:b w:val="0"/>
        <w:bCs w:val="0"/>
        <w:i w:val="0"/>
        <w:iCs w:val="0"/>
        <w:color w:val="auto"/>
        <w:spacing w:val="0"/>
        <w:w w:val="105"/>
        <w:sz w:val="22"/>
        <w:szCs w:val="20"/>
      </w:rPr>
    </w:lvl>
    <w:lvl w:ilvl="1" w:tplc="FFFFFFFF">
      <w:start w:val="1"/>
      <w:numFmt w:val="lowerLetter"/>
      <w:lvlText w:val="%2)"/>
      <w:lvlJc w:val="left"/>
      <w:pPr>
        <w:ind w:left="1440" w:hanging="360"/>
      </w:pPr>
      <w:rPr>
        <w:rFonts w:ascii="Arial" w:hAnsi="Arial" w:cs="Palatino Linotype" w:hint="default"/>
        <w:b w:val="0"/>
        <w:bCs w:val="0"/>
        <w:i w:val="0"/>
        <w:iCs w:val="0"/>
        <w:spacing w:val="0"/>
        <w:w w:val="105"/>
        <w:sz w:val="22"/>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C12ED5"/>
    <w:multiLevelType w:val="multilevel"/>
    <w:tmpl w:val="7E74BA50"/>
    <w:lvl w:ilvl="0">
      <w:start w:val="1"/>
      <w:numFmt w:val="lowerLetter"/>
      <w:lvlText w:val="%1)"/>
      <w:lvlJc w:val="left"/>
      <w:pPr>
        <w:ind w:left="720" w:hanging="36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0162E94"/>
    <w:multiLevelType w:val="hybridMultilevel"/>
    <w:tmpl w:val="FFFFFFFF"/>
    <w:lvl w:ilvl="0" w:tplc="041B0017">
      <w:start w:val="1"/>
      <w:numFmt w:val="lowerLetter"/>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1" w15:restartNumberingAfterBreak="0">
    <w:nsid w:val="24D41B11"/>
    <w:multiLevelType w:val="hybridMultilevel"/>
    <w:tmpl w:val="20525E9E"/>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AB4AC5"/>
    <w:multiLevelType w:val="hybridMultilevel"/>
    <w:tmpl w:val="367A758E"/>
    <w:lvl w:ilvl="0" w:tplc="7296790C">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A626D6"/>
    <w:multiLevelType w:val="hybridMultilevel"/>
    <w:tmpl w:val="58064ACC"/>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6F5869"/>
    <w:multiLevelType w:val="hybridMultilevel"/>
    <w:tmpl w:val="46B4F1F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AD2427C"/>
    <w:multiLevelType w:val="hybridMultilevel"/>
    <w:tmpl w:val="FF945E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7E3248"/>
    <w:multiLevelType w:val="hybridMultilevel"/>
    <w:tmpl w:val="FF7601A4"/>
    <w:lvl w:ilvl="0" w:tplc="34D896C0">
      <w:start w:val="1"/>
      <w:numFmt w:val="decimal"/>
      <w:lvlText w:val="(%1)"/>
      <w:lvlJc w:val="left"/>
      <w:pPr>
        <w:ind w:left="501" w:hanging="360"/>
      </w:pPr>
      <w:rPr>
        <w:rFonts w:cs="Times New Roman" w:hint="default"/>
        <w:strike w:val="0"/>
        <w:color w:val="000000" w:themeColor="text1"/>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8D964D6"/>
    <w:multiLevelType w:val="hybridMultilevel"/>
    <w:tmpl w:val="C562C372"/>
    <w:lvl w:ilvl="0" w:tplc="041B0019">
      <w:start w:val="1"/>
      <w:numFmt w:val="lowerLetter"/>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F74DE3"/>
    <w:multiLevelType w:val="hybridMultilevel"/>
    <w:tmpl w:val="FFFFFFFF"/>
    <w:lvl w:ilvl="0" w:tplc="041B0017">
      <w:start w:val="1"/>
      <w:numFmt w:val="lowerLetter"/>
      <w:lvlText w:val="%1)"/>
      <w:lvlJc w:val="left"/>
      <w:pPr>
        <w:ind w:left="1065" w:hanging="360"/>
      </w:pPr>
      <w:rPr>
        <w:rFonts w:cs="Times New Roman"/>
      </w:rPr>
    </w:lvl>
    <w:lvl w:ilvl="1" w:tplc="FFFFFFFF">
      <w:start w:val="1"/>
      <w:numFmt w:val="lowerLetter"/>
      <w:lvlText w:val="%2."/>
      <w:lvlJc w:val="left"/>
      <w:pPr>
        <w:ind w:left="1785" w:hanging="360"/>
      </w:pPr>
      <w:rPr>
        <w:rFonts w:cs="Times New Roman"/>
      </w:rPr>
    </w:lvl>
    <w:lvl w:ilvl="2" w:tplc="FFFFFFFF" w:tentative="1">
      <w:start w:val="1"/>
      <w:numFmt w:val="lowerRoman"/>
      <w:lvlText w:val="%3."/>
      <w:lvlJc w:val="right"/>
      <w:pPr>
        <w:ind w:left="2505" w:hanging="180"/>
      </w:pPr>
      <w:rPr>
        <w:rFonts w:cs="Times New Roman"/>
      </w:rPr>
    </w:lvl>
    <w:lvl w:ilvl="3" w:tplc="FFFFFFFF" w:tentative="1">
      <w:start w:val="1"/>
      <w:numFmt w:val="decimal"/>
      <w:lvlText w:val="%4."/>
      <w:lvlJc w:val="left"/>
      <w:pPr>
        <w:ind w:left="3225" w:hanging="360"/>
      </w:pPr>
      <w:rPr>
        <w:rFonts w:cs="Times New Roman"/>
      </w:rPr>
    </w:lvl>
    <w:lvl w:ilvl="4" w:tplc="FFFFFFFF" w:tentative="1">
      <w:start w:val="1"/>
      <w:numFmt w:val="lowerLetter"/>
      <w:lvlText w:val="%5."/>
      <w:lvlJc w:val="left"/>
      <w:pPr>
        <w:ind w:left="3945" w:hanging="360"/>
      </w:pPr>
      <w:rPr>
        <w:rFonts w:cs="Times New Roman"/>
      </w:rPr>
    </w:lvl>
    <w:lvl w:ilvl="5" w:tplc="FFFFFFFF" w:tentative="1">
      <w:start w:val="1"/>
      <w:numFmt w:val="lowerRoman"/>
      <w:lvlText w:val="%6."/>
      <w:lvlJc w:val="right"/>
      <w:pPr>
        <w:ind w:left="4665" w:hanging="180"/>
      </w:pPr>
      <w:rPr>
        <w:rFonts w:cs="Times New Roman"/>
      </w:rPr>
    </w:lvl>
    <w:lvl w:ilvl="6" w:tplc="FFFFFFFF" w:tentative="1">
      <w:start w:val="1"/>
      <w:numFmt w:val="decimal"/>
      <w:lvlText w:val="%7."/>
      <w:lvlJc w:val="left"/>
      <w:pPr>
        <w:ind w:left="5385" w:hanging="360"/>
      </w:pPr>
      <w:rPr>
        <w:rFonts w:cs="Times New Roman"/>
      </w:rPr>
    </w:lvl>
    <w:lvl w:ilvl="7" w:tplc="FFFFFFFF" w:tentative="1">
      <w:start w:val="1"/>
      <w:numFmt w:val="lowerLetter"/>
      <w:lvlText w:val="%8."/>
      <w:lvlJc w:val="left"/>
      <w:pPr>
        <w:ind w:left="6105" w:hanging="360"/>
      </w:pPr>
      <w:rPr>
        <w:rFonts w:cs="Times New Roman"/>
      </w:rPr>
    </w:lvl>
    <w:lvl w:ilvl="8" w:tplc="FFFFFFFF" w:tentative="1">
      <w:start w:val="1"/>
      <w:numFmt w:val="lowerRoman"/>
      <w:lvlText w:val="%9."/>
      <w:lvlJc w:val="right"/>
      <w:pPr>
        <w:ind w:left="6825" w:hanging="180"/>
      </w:pPr>
      <w:rPr>
        <w:rFonts w:cs="Times New Roman"/>
      </w:rPr>
    </w:lvl>
  </w:abstractNum>
  <w:abstractNum w:abstractNumId="19" w15:restartNumberingAfterBreak="0">
    <w:nsid w:val="5CBE37F6"/>
    <w:multiLevelType w:val="hybridMultilevel"/>
    <w:tmpl w:val="2668E3F6"/>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040D9"/>
    <w:multiLevelType w:val="hybridMultilevel"/>
    <w:tmpl w:val="FFFFFFFF"/>
    <w:lvl w:ilvl="0" w:tplc="969EADF0">
      <w:start w:val="1"/>
      <w:numFmt w:val="decimal"/>
      <w:lvlText w:val="(%1)"/>
      <w:lvlJc w:val="left"/>
      <w:pPr>
        <w:ind w:left="945" w:hanging="360"/>
      </w:pPr>
      <w:rPr>
        <w:rFonts w:cs="Times New Roman" w:hint="default"/>
      </w:rPr>
    </w:lvl>
    <w:lvl w:ilvl="1" w:tplc="FFFFFFFF" w:tentative="1">
      <w:start w:val="1"/>
      <w:numFmt w:val="lowerLetter"/>
      <w:lvlText w:val="%2."/>
      <w:lvlJc w:val="left"/>
      <w:pPr>
        <w:ind w:left="1665" w:hanging="360"/>
      </w:pPr>
      <w:rPr>
        <w:rFonts w:cs="Times New Roman"/>
      </w:rPr>
    </w:lvl>
    <w:lvl w:ilvl="2" w:tplc="FFFFFFFF" w:tentative="1">
      <w:start w:val="1"/>
      <w:numFmt w:val="lowerRoman"/>
      <w:lvlText w:val="%3."/>
      <w:lvlJc w:val="right"/>
      <w:pPr>
        <w:ind w:left="2385" w:hanging="180"/>
      </w:pPr>
      <w:rPr>
        <w:rFonts w:cs="Times New Roman"/>
      </w:rPr>
    </w:lvl>
    <w:lvl w:ilvl="3" w:tplc="FFFFFFFF" w:tentative="1">
      <w:start w:val="1"/>
      <w:numFmt w:val="decimal"/>
      <w:lvlText w:val="%4."/>
      <w:lvlJc w:val="left"/>
      <w:pPr>
        <w:ind w:left="3105" w:hanging="360"/>
      </w:pPr>
      <w:rPr>
        <w:rFonts w:cs="Times New Roman"/>
      </w:rPr>
    </w:lvl>
    <w:lvl w:ilvl="4" w:tplc="FFFFFFFF" w:tentative="1">
      <w:start w:val="1"/>
      <w:numFmt w:val="lowerLetter"/>
      <w:lvlText w:val="%5."/>
      <w:lvlJc w:val="left"/>
      <w:pPr>
        <w:ind w:left="3825" w:hanging="360"/>
      </w:pPr>
      <w:rPr>
        <w:rFonts w:cs="Times New Roman"/>
      </w:rPr>
    </w:lvl>
    <w:lvl w:ilvl="5" w:tplc="FFFFFFFF" w:tentative="1">
      <w:start w:val="1"/>
      <w:numFmt w:val="lowerRoman"/>
      <w:lvlText w:val="%6."/>
      <w:lvlJc w:val="right"/>
      <w:pPr>
        <w:ind w:left="4545" w:hanging="180"/>
      </w:pPr>
      <w:rPr>
        <w:rFonts w:cs="Times New Roman"/>
      </w:rPr>
    </w:lvl>
    <w:lvl w:ilvl="6" w:tplc="FFFFFFFF" w:tentative="1">
      <w:start w:val="1"/>
      <w:numFmt w:val="decimal"/>
      <w:lvlText w:val="%7."/>
      <w:lvlJc w:val="left"/>
      <w:pPr>
        <w:ind w:left="5265" w:hanging="360"/>
      </w:pPr>
      <w:rPr>
        <w:rFonts w:cs="Times New Roman"/>
      </w:rPr>
    </w:lvl>
    <w:lvl w:ilvl="7" w:tplc="FFFFFFFF" w:tentative="1">
      <w:start w:val="1"/>
      <w:numFmt w:val="lowerLetter"/>
      <w:lvlText w:val="%8."/>
      <w:lvlJc w:val="left"/>
      <w:pPr>
        <w:ind w:left="5985" w:hanging="360"/>
      </w:pPr>
      <w:rPr>
        <w:rFonts w:cs="Times New Roman"/>
      </w:rPr>
    </w:lvl>
    <w:lvl w:ilvl="8" w:tplc="FFFFFFFF" w:tentative="1">
      <w:start w:val="1"/>
      <w:numFmt w:val="lowerRoman"/>
      <w:lvlText w:val="%9."/>
      <w:lvlJc w:val="right"/>
      <w:pPr>
        <w:ind w:left="6705" w:hanging="180"/>
      </w:pPr>
      <w:rPr>
        <w:rFonts w:cs="Times New Roman"/>
      </w:rPr>
    </w:lvl>
  </w:abstractNum>
  <w:abstractNum w:abstractNumId="21" w15:restartNumberingAfterBreak="0">
    <w:nsid w:val="62C27FCF"/>
    <w:multiLevelType w:val="hybridMultilevel"/>
    <w:tmpl w:val="FFFFFFFF"/>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2" w15:restartNumberingAfterBreak="0">
    <w:nsid w:val="63BA29D8"/>
    <w:multiLevelType w:val="hybridMultilevel"/>
    <w:tmpl w:val="9E92D98A"/>
    <w:lvl w:ilvl="0" w:tplc="27D43622">
      <w:start w:val="1"/>
      <w:numFmt w:val="decimal"/>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5B63889"/>
    <w:multiLevelType w:val="hybridMultilevel"/>
    <w:tmpl w:val="906C189E"/>
    <w:lvl w:ilvl="0" w:tplc="9EDCC69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D604E9"/>
    <w:multiLevelType w:val="hybridMultilevel"/>
    <w:tmpl w:val="29F6391E"/>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FE0CA9"/>
    <w:multiLevelType w:val="hybridMultilevel"/>
    <w:tmpl w:val="E73C94F2"/>
    <w:lvl w:ilvl="0" w:tplc="3A206A18">
      <w:start w:val="1"/>
      <w:numFmt w:val="decimal"/>
      <w:lvlText w:val="(%1)"/>
      <w:lvlJc w:val="left"/>
      <w:pPr>
        <w:ind w:left="360" w:hanging="360"/>
      </w:pPr>
      <w:rPr>
        <w:rFonts w:cs="Times New Roman"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9FF064C"/>
    <w:multiLevelType w:val="hybridMultilevel"/>
    <w:tmpl w:val="F5626264"/>
    <w:lvl w:ilvl="0" w:tplc="FFFFFFF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01065453">
    <w:abstractNumId w:val="5"/>
  </w:num>
  <w:num w:numId="2" w16cid:durableId="200755062">
    <w:abstractNumId w:val="3"/>
  </w:num>
  <w:num w:numId="3" w16cid:durableId="2077581992">
    <w:abstractNumId w:val="2"/>
  </w:num>
  <w:num w:numId="4" w16cid:durableId="238442065">
    <w:abstractNumId w:val="4"/>
  </w:num>
  <w:num w:numId="5" w16cid:durableId="230775429">
    <w:abstractNumId w:val="1"/>
  </w:num>
  <w:num w:numId="6" w16cid:durableId="244533911">
    <w:abstractNumId w:val="0"/>
  </w:num>
  <w:num w:numId="7" w16cid:durableId="1088893605">
    <w:abstractNumId w:val="13"/>
  </w:num>
  <w:num w:numId="8" w16cid:durableId="1125736146">
    <w:abstractNumId w:val="23"/>
  </w:num>
  <w:num w:numId="9" w16cid:durableId="238827544">
    <w:abstractNumId w:val="14"/>
  </w:num>
  <w:num w:numId="10" w16cid:durableId="1034622436">
    <w:abstractNumId w:val="25"/>
  </w:num>
  <w:num w:numId="11" w16cid:durableId="236479576">
    <w:abstractNumId w:val="8"/>
  </w:num>
  <w:num w:numId="12" w16cid:durableId="956444162">
    <w:abstractNumId w:val="16"/>
  </w:num>
  <w:num w:numId="13" w16cid:durableId="879434314">
    <w:abstractNumId w:val="10"/>
  </w:num>
  <w:num w:numId="14" w16cid:durableId="1808430354">
    <w:abstractNumId w:val="21"/>
  </w:num>
  <w:num w:numId="15" w16cid:durableId="79183997">
    <w:abstractNumId w:val="9"/>
  </w:num>
  <w:num w:numId="16" w16cid:durableId="1291932772">
    <w:abstractNumId w:val="18"/>
  </w:num>
  <w:num w:numId="17" w16cid:durableId="902837691">
    <w:abstractNumId w:val="24"/>
  </w:num>
  <w:num w:numId="18" w16cid:durableId="1353608329">
    <w:abstractNumId w:val="7"/>
  </w:num>
  <w:num w:numId="19" w16cid:durableId="1155563158">
    <w:abstractNumId w:val="6"/>
  </w:num>
  <w:num w:numId="20" w16cid:durableId="1974754597">
    <w:abstractNumId w:val="20"/>
  </w:num>
  <w:num w:numId="21" w16cid:durableId="1475415433">
    <w:abstractNumId w:val="26"/>
  </w:num>
  <w:num w:numId="22" w16cid:durableId="1665473691">
    <w:abstractNumId w:val="19"/>
  </w:num>
  <w:num w:numId="23" w16cid:durableId="1805079566">
    <w:abstractNumId w:val="22"/>
  </w:num>
  <w:num w:numId="24" w16cid:durableId="1758205814">
    <w:abstractNumId w:val="12"/>
  </w:num>
  <w:num w:numId="25" w16cid:durableId="662973551">
    <w:abstractNumId w:val="17"/>
  </w:num>
  <w:num w:numId="26" w16cid:durableId="1181310148">
    <w:abstractNumId w:val="11"/>
  </w:num>
  <w:num w:numId="27" w16cid:durableId="1032265102">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365"/>
    <w:rsid w:val="00086749"/>
    <w:rsid w:val="000A3CA3"/>
    <w:rsid w:val="00117DF0"/>
    <w:rsid w:val="00142871"/>
    <w:rsid w:val="0015074B"/>
    <w:rsid w:val="00190585"/>
    <w:rsid w:val="002418EB"/>
    <w:rsid w:val="00293E07"/>
    <w:rsid w:val="0029639D"/>
    <w:rsid w:val="002D2F8D"/>
    <w:rsid w:val="00313D95"/>
    <w:rsid w:val="00326F90"/>
    <w:rsid w:val="0036214E"/>
    <w:rsid w:val="00371097"/>
    <w:rsid w:val="004D1D31"/>
    <w:rsid w:val="00510B4B"/>
    <w:rsid w:val="005836A3"/>
    <w:rsid w:val="00711BC0"/>
    <w:rsid w:val="00787AB1"/>
    <w:rsid w:val="007A67C2"/>
    <w:rsid w:val="007C66CB"/>
    <w:rsid w:val="008926B3"/>
    <w:rsid w:val="008F4ACC"/>
    <w:rsid w:val="009458A4"/>
    <w:rsid w:val="00975DB3"/>
    <w:rsid w:val="009A7155"/>
    <w:rsid w:val="009C70D5"/>
    <w:rsid w:val="009D3BB7"/>
    <w:rsid w:val="00A40D89"/>
    <w:rsid w:val="00AA1D8D"/>
    <w:rsid w:val="00AD05E8"/>
    <w:rsid w:val="00AE1E22"/>
    <w:rsid w:val="00AE6628"/>
    <w:rsid w:val="00AF20EE"/>
    <w:rsid w:val="00B00F6C"/>
    <w:rsid w:val="00B47730"/>
    <w:rsid w:val="00BA4EBB"/>
    <w:rsid w:val="00CB0664"/>
    <w:rsid w:val="00CE4F02"/>
    <w:rsid w:val="00D11476"/>
    <w:rsid w:val="00D30876"/>
    <w:rsid w:val="00DD772D"/>
    <w:rsid w:val="00DE713A"/>
    <w:rsid w:val="00DF5C1A"/>
    <w:rsid w:val="00E30B94"/>
    <w:rsid w:val="00E557AB"/>
    <w:rsid w:val="00E55D5B"/>
    <w:rsid w:val="00E57574"/>
    <w:rsid w:val="00E83A96"/>
    <w:rsid w:val="00E96741"/>
    <w:rsid w:val="00F838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7A5AD0"/>
  <w14:defaultImageDpi w14:val="300"/>
  <w15:docId w15:val="{80BD5390-5128-4C42-B4EB-695E7916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4"/>
      </w:numPr>
      <w:contextualSpacing/>
    </w:pPr>
  </w:style>
  <w:style w:type="paragraph" w:styleId="slovanzoznam2">
    <w:name w:val="List Number 2"/>
    <w:basedOn w:val="Normlny"/>
    <w:uiPriority w:val="99"/>
    <w:unhideWhenUsed/>
    <w:rsid w:val="0029639D"/>
    <w:pPr>
      <w:numPr>
        <w:numId w:val="5"/>
      </w:numPr>
      <w:contextualSpacing/>
    </w:pPr>
  </w:style>
  <w:style w:type="paragraph" w:styleId="slovanzoznam3">
    <w:name w:val="List Number 3"/>
    <w:basedOn w:val="Normlny"/>
    <w:uiPriority w:val="99"/>
    <w:unhideWhenUsed/>
    <w:rsid w:val="0029639D"/>
    <w:pPr>
      <w:numPr>
        <w:numId w:val="6"/>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poznmkypodiarou">
    <w:name w:val="footnote text"/>
    <w:basedOn w:val="Normlny"/>
    <w:link w:val="TextpoznmkypodiarouChar"/>
    <w:uiPriority w:val="99"/>
    <w:rsid w:val="00E557AB"/>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E557AB"/>
    <w:rPr>
      <w:rFonts w:ascii="Times New Roman" w:eastAsia="Times New Roman" w:hAnsi="Times New Roman" w:cs="Times New Roman"/>
      <w:sz w:val="20"/>
      <w:szCs w:val="20"/>
      <w:lang w:val="sk-SK" w:eastAsia="sk-SK"/>
    </w:rPr>
  </w:style>
  <w:style w:type="character" w:styleId="Odkaznapoznmkupodiarou">
    <w:name w:val="footnote reference"/>
    <w:basedOn w:val="Predvolenpsmoodseku"/>
    <w:uiPriority w:val="99"/>
    <w:rsid w:val="00E557AB"/>
    <w:rPr>
      <w:rFonts w:cs="Times New Roman"/>
      <w:vertAlign w:val="superscript"/>
    </w:rPr>
  </w:style>
  <w:style w:type="character" w:styleId="Odkaznakomentr">
    <w:name w:val="annotation reference"/>
    <w:basedOn w:val="Predvolenpsmoodseku"/>
    <w:uiPriority w:val="99"/>
    <w:rsid w:val="00E557AB"/>
    <w:rPr>
      <w:rFonts w:cs="Times New Roman"/>
      <w:sz w:val="16"/>
      <w:szCs w:val="16"/>
    </w:rPr>
  </w:style>
  <w:style w:type="paragraph" w:styleId="Textkomentra">
    <w:name w:val="annotation text"/>
    <w:basedOn w:val="Normlny"/>
    <w:link w:val="TextkomentraChar"/>
    <w:uiPriority w:val="99"/>
    <w:rsid w:val="00E557AB"/>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E557AB"/>
    <w:rPr>
      <w:rFonts w:ascii="Times New Roman" w:eastAsia="Times New Roman" w:hAnsi="Times New Roman" w:cs="Times New Roman"/>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1846</Words>
  <Characters>10528</Characters>
  <Application>Microsoft Office Word</Application>
  <DocSecurity>0</DocSecurity>
  <Lines>87</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Annamária Pázmány</cp:lastModifiedBy>
  <cp:revision>2</cp:revision>
  <cp:lastPrinted>2026-05-04T06:58:00Z</cp:lastPrinted>
  <dcterms:created xsi:type="dcterms:W3CDTF">2026-05-19T06:41:00Z</dcterms:created>
  <dcterms:modified xsi:type="dcterms:W3CDTF">2026-05-19T06:41:00Z</dcterms:modified>
  <cp:category/>
</cp:coreProperties>
</file>